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INFLUENCER BRIEF TEMPLATE</w:t>
      </w:r>
    </w:p>
    <w:p>
      <w:r>
        <w:t>Delete any field that does not apply to your campaign. Replace every placeholder before sharing the brief with a creator.</w:t>
      </w:r>
    </w:p>
    <w:p>
      <w:pPr>
        <w:pStyle w:val="Heading1"/>
      </w:pPr>
      <w:r>
        <w:t>CAMPAIGN DETAILS</w:t>
      </w:r>
    </w:p>
    <w:p>
      <w:pPr>
        <w:keepNext/>
      </w:pPr>
      <w:r>
        <w:rPr>
          <w:b/>
        </w:rPr>
        <w:t>Campaign name:</w:t>
      </w:r>
    </w:p>
    <w:p>
      <w:pPr>
        <w:keepNext/>
      </w:pPr>
      <w:r>
        <w:rPr>
          <w:b/>
        </w:rPr>
        <w:t>Brand:</w:t>
      </w:r>
    </w:p>
    <w:p>
      <w:pPr>
        <w:keepNext/>
      </w:pPr>
      <w:r>
        <w:rPr>
          <w:b/>
        </w:rPr>
        <w:t>Product or service:</w:t>
      </w:r>
    </w:p>
    <w:p>
      <w:pPr>
        <w:keepNext/>
      </w:pPr>
      <w:r>
        <w:rPr>
          <w:b/>
        </w:rPr>
        <w:t>Brief owner:</w:t>
      </w:r>
    </w:p>
    <w:p>
      <w:pPr>
        <w:keepNext/>
      </w:pPr>
      <w:r>
        <w:rPr>
          <w:b/>
        </w:rPr>
        <w:t>Contact email:</w:t>
      </w:r>
    </w:p>
    <w:p>
      <w:pPr>
        <w:keepNext/>
      </w:pPr>
      <w:r>
        <w:rPr>
          <w:b/>
        </w:rPr>
        <w:t>Brief version:</w:t>
      </w:r>
    </w:p>
    <w:p>
      <w:pPr>
        <w:keepNext/>
      </w:pPr>
      <w:r>
        <w:rPr>
          <w:b/>
        </w:rPr>
        <w:t>Date:</w:t>
      </w:r>
    </w:p>
    <w:p>
      <w:pPr>
        <w:keepNext/>
      </w:pPr>
      <w:r>
        <w:rPr>
          <w:b/>
        </w:rPr>
        <w:t>Creator name or handle:</w:t>
      </w:r>
    </w:p>
    <w:p>
      <w:pPr>
        <w:pStyle w:val="Heading1"/>
      </w:pPr>
      <w:r>
        <w:t>1. QUICK CAMPAIGN SUMMARY</w:t>
      </w:r>
    </w:p>
    <w:p>
      <w:pPr>
        <w:keepNext/>
      </w:pPr>
      <w:r>
        <w:rPr>
          <w:b/>
        </w:rPr>
        <w:t>In 2–3 sentences, explain:</w:t>
      </w:r>
    </w:p>
    <w:p>
      <w:pPr>
        <w:ind w:left="216"/>
      </w:pPr>
      <w:r>
        <w:t>- What is the campaign?</w:t>
      </w:r>
    </w:p>
    <w:p>
      <w:pPr>
        <w:ind w:left="216"/>
      </w:pPr>
      <w:r>
        <w:t>- What are you asking the creator to make?</w:t>
      </w:r>
    </w:p>
    <w:p>
      <w:pPr>
        <w:ind w:left="216"/>
      </w:pPr>
      <w:r>
        <w:t>- Why is this campaign relevant to their audience?</w:t>
      </w:r>
    </w:p>
    <w:p>
      <w:pPr>
        <w:keepNext/>
      </w:pPr>
      <w:r>
        <w:rPr>
          <w:b/>
        </w:rPr>
        <w:t>Summary:</w:t>
      </w:r>
    </w:p>
    <w:p>
      <w:r>
        <w:t>[Write here]</w:t>
      </w:r>
    </w:p>
    <w:p>
      <w:pPr>
        <w:pStyle w:val="Heading1"/>
      </w:pPr>
      <w:r>
        <w:t>2. CAMPAIGN GOAL</w:t>
      </w:r>
    </w:p>
    <w:p>
      <w:pPr>
        <w:keepNext/>
      </w:pPr>
      <w:r>
        <w:rPr>
          <w:b/>
        </w:rPr>
        <w:t>Primary goal:</w:t>
      </w:r>
    </w:p>
    <w:p>
      <w:r>
        <w:t>[Choose one clear goal: awareness, education, launch support, consideration, sales, sign-ups, content production, or another goal.]</w:t>
      </w:r>
    </w:p>
    <w:p>
      <w:pPr>
        <w:keepNext/>
      </w:pPr>
      <w:r>
        <w:rPr>
          <w:b/>
        </w:rPr>
        <w:t>How success will be reviewed:</w:t>
      </w:r>
    </w:p>
    <w:p>
      <w:r>
        <w:t>[List the few measures that match the goal. Examples: approved deliverables, views, watch time, saves, qualified comments, link clicks, code use, or usable creator assets.]</w:t>
      </w:r>
    </w:p>
    <w:p>
      <w:pPr>
        <w:pStyle w:val="Heading1"/>
      </w:pPr>
      <w:r>
        <w:t>3. TARGET AUDIENCE</w:t>
      </w:r>
    </w:p>
    <w:p>
      <w:r>
        <w:t>Who should this content reach?</w:t>
      </w:r>
    </w:p>
    <w:p>
      <w:pPr>
        <w:keepNext/>
        <w:ind w:left="216"/>
      </w:pPr>
      <w:r>
        <w:rPr>
          <w:b/>
        </w:rPr>
        <w:t>- Market or region:</w:t>
      </w:r>
    </w:p>
    <w:p>
      <w:pPr>
        <w:keepNext/>
        <w:ind w:left="216"/>
      </w:pPr>
      <w:r>
        <w:rPr>
          <w:b/>
        </w:rPr>
        <w:t>- Age range, if relevant:</w:t>
      </w:r>
    </w:p>
    <w:p>
      <w:pPr>
        <w:keepNext/>
        <w:ind w:left="216"/>
      </w:pPr>
      <w:r>
        <w:rPr>
          <w:b/>
        </w:rPr>
        <w:t>- Interests or needs:</w:t>
      </w:r>
    </w:p>
    <w:p>
      <w:pPr>
        <w:keepNext/>
        <w:ind w:left="216"/>
      </w:pPr>
      <w:r>
        <w:rPr>
          <w:b/>
        </w:rPr>
        <w:t>- Current problem:</w:t>
      </w:r>
    </w:p>
    <w:p>
      <w:pPr>
        <w:keepNext/>
        <w:ind w:left="216"/>
      </w:pPr>
      <w:r>
        <w:rPr>
          <w:b/>
        </w:rPr>
        <w:t>- What the audience should understand or do after seeing the content:</w:t>
      </w:r>
    </w:p>
    <w:p>
      <w:pPr>
        <w:pStyle w:val="Heading1"/>
      </w:pPr>
      <w:r>
        <w:t>4. WHY THIS CREATOR</w:t>
      </w:r>
    </w:p>
    <w:p>
      <w:r>
        <w:t>Why is this creator a fit?</w:t>
      </w:r>
    </w:p>
    <w:p>
      <w:pPr>
        <w:keepNext/>
        <w:ind w:left="216"/>
      </w:pPr>
      <w:r>
        <w:rPr>
          <w:b/>
        </w:rPr>
        <w:t>- Relevant content themes:</w:t>
      </w:r>
    </w:p>
    <w:p>
      <w:pPr>
        <w:keepNext/>
        <w:ind w:left="216"/>
      </w:pPr>
      <w:r>
        <w:rPr>
          <w:b/>
        </w:rPr>
        <w:t>- Audience fit:</w:t>
      </w:r>
    </w:p>
    <w:p>
      <w:pPr>
        <w:keepNext/>
        <w:ind w:left="216"/>
      </w:pPr>
      <w:r>
        <w:rPr>
          <w:b/>
        </w:rPr>
        <w:t>- Style or point of view to preserve:</w:t>
      </w:r>
    </w:p>
    <w:p>
      <w:pPr>
        <w:keepNext/>
        <w:ind w:left="216"/>
      </w:pPr>
      <w:r>
        <w:rPr>
          <w:b/>
        </w:rPr>
        <w:t>- Past content that inspired this partnership:</w:t>
      </w:r>
    </w:p>
    <w:p>
      <w:pPr>
        <w:pStyle w:val="Heading1"/>
      </w:pPr>
      <w:r>
        <w:t>5. DELIVERABLES</w:t>
      </w:r>
    </w:p>
    <w:p>
      <w:r>
        <w:t>List each required asset.</w:t>
      </w:r>
    </w:p>
    <w:p>
      <w:pPr>
        <w:keepNext/>
      </w:pPr>
      <w:r>
        <w:rPr>
          <w:b/>
        </w:rPr>
        <w:t>Deliverable 1:</w:t>
      </w:r>
    </w:p>
    <w:p>
      <w:pPr>
        <w:keepNext/>
        <w:ind w:left="216"/>
      </w:pPr>
      <w:r>
        <w:rPr>
          <w:b/>
        </w:rPr>
        <w:t>- Platform:</w:t>
      </w:r>
    </w:p>
    <w:p>
      <w:pPr>
        <w:keepNext/>
        <w:ind w:left="216"/>
      </w:pPr>
      <w:r>
        <w:rPr>
          <w:b/>
        </w:rPr>
        <w:t>- Format:</w:t>
      </w:r>
    </w:p>
    <w:p>
      <w:pPr>
        <w:keepNext/>
        <w:ind w:left="216"/>
      </w:pPr>
      <w:r>
        <w:rPr>
          <w:b/>
        </w:rPr>
        <w:t>- Quantity:</w:t>
      </w:r>
    </w:p>
    <w:p>
      <w:pPr>
        <w:keepNext/>
        <w:ind w:left="216"/>
      </w:pPr>
      <w:r>
        <w:rPr>
          <w:b/>
        </w:rPr>
        <w:t>- Length or size:</w:t>
      </w:r>
    </w:p>
    <w:p>
      <w:pPr>
        <w:keepNext/>
        <w:ind w:left="216"/>
      </w:pPr>
      <w:r>
        <w:rPr>
          <w:b/>
        </w:rPr>
        <w:t>- Publishing location:</w:t>
      </w:r>
    </w:p>
    <w:p>
      <w:pPr>
        <w:keepNext/>
        <w:ind w:left="216"/>
      </w:pPr>
      <w:r>
        <w:rPr>
          <w:b/>
        </w:rPr>
        <w:t>- Required tags, links, or codes:</w:t>
      </w:r>
    </w:p>
    <w:p>
      <w:pPr>
        <w:ind w:left="216"/>
      </w:pPr>
      <w:r>
        <w:t>- Raw files required: Yes / No</w:t>
      </w:r>
    </w:p>
    <w:p>
      <w:pPr>
        <w:keepNext/>
      </w:pPr>
      <w:r>
        <w:rPr>
          <w:b/>
        </w:rPr>
        <w:t>Deliverable 2:</w:t>
      </w:r>
    </w:p>
    <w:p>
      <w:pPr>
        <w:keepNext/>
        <w:ind w:left="216"/>
      </w:pPr>
      <w:r>
        <w:rPr>
          <w:b/>
        </w:rPr>
        <w:t>- Platform:</w:t>
      </w:r>
    </w:p>
    <w:p>
      <w:pPr>
        <w:keepNext/>
        <w:ind w:left="216"/>
      </w:pPr>
      <w:r>
        <w:rPr>
          <w:b/>
        </w:rPr>
        <w:t>- Format:</w:t>
      </w:r>
    </w:p>
    <w:p>
      <w:pPr>
        <w:keepNext/>
        <w:ind w:left="216"/>
      </w:pPr>
      <w:r>
        <w:rPr>
          <w:b/>
        </w:rPr>
        <w:t>- Quantity:</w:t>
      </w:r>
    </w:p>
    <w:p>
      <w:pPr>
        <w:keepNext/>
        <w:ind w:left="216"/>
      </w:pPr>
      <w:r>
        <w:rPr>
          <w:b/>
        </w:rPr>
        <w:t>- Length or size:</w:t>
      </w:r>
    </w:p>
    <w:p>
      <w:pPr>
        <w:keepNext/>
        <w:ind w:left="216"/>
      </w:pPr>
      <w:r>
        <w:rPr>
          <w:b/>
        </w:rPr>
        <w:t>- Publishing location:</w:t>
      </w:r>
    </w:p>
    <w:p>
      <w:pPr>
        <w:keepNext/>
        <w:ind w:left="216"/>
      </w:pPr>
      <w:r>
        <w:rPr>
          <w:b/>
        </w:rPr>
        <w:t>- Required tags, links, or codes:</w:t>
      </w:r>
    </w:p>
    <w:p>
      <w:pPr>
        <w:ind w:left="216"/>
      </w:pPr>
      <w:r>
        <w:t>- Raw files required: Yes / No</w:t>
      </w:r>
    </w:p>
    <w:p>
      <w:pPr>
        <w:pStyle w:val="Heading1"/>
      </w:pPr>
      <w:r>
        <w:t>6. KEY MESSAGE</w:t>
      </w:r>
    </w:p>
    <w:p>
      <w:pPr>
        <w:keepNext/>
      </w:pPr>
      <w:r>
        <w:rPr>
          <w:b/>
        </w:rPr>
        <w:t>The one idea the audience should remember:</w:t>
      </w:r>
    </w:p>
    <w:p>
      <w:r>
        <w:t>[Write one sentence]</w:t>
      </w:r>
    </w:p>
    <w:p>
      <w:pPr>
        <w:keepNext/>
      </w:pPr>
      <w:r>
        <w:rPr>
          <w:b/>
        </w:rPr>
        <w:t>Supporting points:</w:t>
      </w:r>
    </w:p>
    <w:p>
      <w:pPr>
        <w:ind w:left="216"/>
      </w:pPr>
      <w:r>
        <w:t>- [Point 1]</w:t>
      </w:r>
    </w:p>
    <w:p>
      <w:pPr>
        <w:ind w:left="216"/>
      </w:pPr>
      <w:r>
        <w:t>- [Point 2]</w:t>
      </w:r>
    </w:p>
    <w:p>
      <w:pPr>
        <w:ind w:left="216"/>
      </w:pPr>
      <w:r>
        <w:t>- [Point 3]</w:t>
      </w:r>
    </w:p>
    <w:p>
      <w:pPr>
        <w:keepNext/>
      </w:pPr>
      <w:r>
        <w:rPr>
          <w:b/>
        </w:rPr>
        <w:t>Product facts or approved claims:</w:t>
      </w:r>
    </w:p>
    <w:p>
      <w:pPr>
        <w:ind w:left="216"/>
      </w:pPr>
      <w:r>
        <w:t>- [Approved fact or claim]</w:t>
      </w:r>
    </w:p>
    <w:p>
      <w:pPr>
        <w:ind w:left="216"/>
      </w:pPr>
      <w:r>
        <w:t>- [Approved fact or claim]</w:t>
      </w:r>
    </w:p>
    <w:p>
      <w:pPr>
        <w:keepNext/>
      </w:pPr>
      <w:r>
        <w:rPr>
          <w:b/>
        </w:rPr>
        <w:t>Source for each product fact:</w:t>
      </w:r>
    </w:p>
    <w:p>
      <w:r>
        <w:t>[Link to the approved product sheet, research, or claim library.]</w:t>
      </w:r>
    </w:p>
    <w:p>
      <w:pPr>
        <w:pStyle w:val="Heading1"/>
      </w:pPr>
      <w:r>
        <w:t>7. CREATIVE DIRECTION</w:t>
      </w:r>
    </w:p>
    <w:p>
      <w:pPr>
        <w:keepNext/>
      </w:pPr>
      <w:r>
        <w:rPr>
          <w:b/>
        </w:rPr>
        <w:t>Desired tone:</w:t>
      </w:r>
    </w:p>
    <w:p>
      <w:r>
        <w:t>[Examples: practical, warm, direct, playful, calm]</w:t>
      </w:r>
    </w:p>
    <w:p>
      <w:pPr>
        <w:keepNext/>
      </w:pPr>
      <w:r>
        <w:rPr>
          <w:b/>
        </w:rPr>
        <w:t>Suggested content flow:</w:t>
      </w:r>
    </w:p>
    <w:p>
      <w:r>
        <w:t>1.</w:t>
      </w:r>
    </w:p>
    <w:p>
      <w:r>
        <w:t>2.</w:t>
      </w:r>
    </w:p>
    <w:p>
      <w:r>
        <w:t>3.</w:t>
      </w:r>
    </w:p>
    <w:p>
      <w:pPr>
        <w:keepNext/>
      </w:pPr>
      <w:r>
        <w:rPr>
          <w:b/>
        </w:rPr>
        <w:t>Useful visual ideas:</w:t>
      </w:r>
    </w:p>
    <w:p>
      <w:r>
        <w:t>-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Reference links:</w:t>
      </w:r>
    </w:p>
    <w:p>
      <w:r>
        <w:t>[Add examples for direction, not for copying.]</w:t>
      </w:r>
    </w:p>
    <w:p>
      <w:pPr>
        <w:pStyle w:val="Heading1"/>
      </w:pPr>
      <w:r>
        <w:t>8. REQUIRED, FLEXIBLE, AND AVOID</w:t>
      </w:r>
    </w:p>
    <w:p>
      <w:r>
        <w:t>REQUIRED These items must appear in the final content.</w:t>
      </w:r>
    </w:p>
    <w:p>
      <w:r>
        <w:t>-</w:t>
      </w:r>
    </w:p>
    <w:p>
      <w:r>
        <w:t>-</w:t>
      </w:r>
    </w:p>
    <w:p>
      <w:r>
        <w:t>-</w:t>
      </w:r>
    </w:p>
    <w:p>
      <w:r>
        <w:t>FLEXIBLE The creator may adapt these items to fit their voice and audience.</w:t>
      </w:r>
    </w:p>
    <w:p>
      <w:r>
        <w:t>-</w:t>
      </w:r>
    </w:p>
    <w:p>
      <w:r>
        <w:t>-</w:t>
      </w:r>
    </w:p>
    <w:p>
      <w:r>
        <w:t>-</w:t>
      </w:r>
    </w:p>
    <w:p>
      <w:r>
        <w:t>AVOID Do not include these claims, visuals, actions, or topics.</w:t>
      </w:r>
    </w:p>
    <w:p>
      <w:r>
        <w:t>-</w:t>
      </w:r>
    </w:p>
    <w:p>
      <w:r>
        <w:t>-</w:t>
      </w:r>
    </w:p>
    <w:p>
      <w:r>
        <w:t>-</w:t>
      </w:r>
    </w:p>
    <w:p>
      <w:pPr>
        <w:pStyle w:val="Heading1"/>
      </w:pPr>
      <w:r>
        <w:t>9. DISCLOSURE AND CLAIMS</w:t>
      </w:r>
    </w:p>
    <w:p>
      <w:pPr>
        <w:keepNext/>
      </w:pPr>
      <w:r>
        <w:rPr>
          <w:b/>
        </w:rPr>
        <w:t>Material connection:</w:t>
      </w:r>
    </w:p>
    <w:p>
      <w:r>
        <w:t>[Paid partnership / free product / discount / affiliate commission / other]</w:t>
      </w:r>
    </w:p>
    <w:p>
      <w:pPr>
        <w:keepNext/>
      </w:pPr>
      <w:r>
        <w:rPr>
          <w:b/>
        </w:rPr>
        <w:t>Disclosure instruction:</w:t>
      </w:r>
    </w:p>
    <w:p>
      <w:r>
        <w:t>[Add plain wording that accurately explains the relationship.]</w:t>
      </w:r>
    </w:p>
    <w:p>
      <w:pPr>
        <w:keepNext/>
      </w:pPr>
      <w:r>
        <w:rPr>
          <w:b/>
        </w:rPr>
        <w:t>Disclosure placement:</w:t>
      </w:r>
    </w:p>
    <w:p>
      <w:r>
        <w:t>[State where the disclosure must appear so it is easy to notice.]</w:t>
      </w:r>
    </w:p>
    <w:p>
      <w:pPr>
        <w:keepNext/>
      </w:pPr>
      <w:r>
        <w:rPr>
          <w:b/>
        </w:rPr>
        <w:t>Platform disclosure tool:</w:t>
      </w:r>
    </w:p>
    <w:p>
      <w:r>
        <w:t>[State whether the creator must also use the platform's paid partnership tool.]</w:t>
      </w:r>
    </w:p>
    <w:p>
      <w:pPr>
        <w:keepNext/>
      </w:pPr>
      <w:r>
        <w:rPr>
          <w:b/>
        </w:rPr>
        <w:t>Claims that require care or approval: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Claims that must not be used:</w:t>
      </w:r>
    </w:p>
    <w:p>
      <w:r>
        <w:t>-</w:t>
      </w:r>
    </w:p>
    <w:p>
      <w:r>
        <w:t>-</w:t>
      </w:r>
    </w:p>
    <w:p>
      <w:pPr>
        <w:keepNext/>
      </w:pPr>
      <w:r>
        <w:rPr>
          <w:b/>
        </w:rPr>
        <w:t>Important:</w:t>
      </w:r>
    </w:p>
    <w:p>
      <w:r>
        <w:t>The creator should only describe a real experience with the product. Do not ask the creator to make a claim that the brand cannot support.</w:t>
      </w:r>
    </w:p>
    <w:p>
      <w:pPr>
        <w:pStyle w:val="Heading1"/>
      </w:pPr>
      <w:r>
        <w:t>10. TIMELINE</w:t>
      </w:r>
    </w:p>
    <w:p>
      <w:pPr>
        <w:keepNext/>
      </w:pPr>
      <w:r>
        <w:rPr>
          <w:b/>
        </w:rPr>
        <w:t>Product or asset delivery:</w:t>
      </w:r>
    </w:p>
    <w:p>
      <w:pPr>
        <w:keepNext/>
      </w:pPr>
      <w:r>
        <w:rPr>
          <w:b/>
        </w:rPr>
        <w:t>Concept due:</w:t>
      </w:r>
    </w:p>
    <w:p>
      <w:pPr>
        <w:keepNext/>
      </w:pPr>
      <w:r>
        <w:rPr>
          <w:b/>
        </w:rPr>
        <w:t>Brand feedback due:</w:t>
      </w:r>
    </w:p>
    <w:p>
      <w:pPr>
        <w:keepNext/>
      </w:pPr>
      <w:r>
        <w:rPr>
          <w:b/>
        </w:rPr>
        <w:t>First draft due:</w:t>
      </w:r>
    </w:p>
    <w:p>
      <w:pPr>
        <w:keepNext/>
      </w:pPr>
      <w:r>
        <w:rPr>
          <w:b/>
        </w:rPr>
        <w:t>Final approval due:</w:t>
      </w:r>
    </w:p>
    <w:p>
      <w:pPr>
        <w:keepNext/>
      </w:pPr>
      <w:r>
        <w:rPr>
          <w:b/>
        </w:rPr>
        <w:t>Publish date or window:</w:t>
      </w:r>
    </w:p>
    <w:p>
      <w:pPr>
        <w:keepNext/>
      </w:pPr>
      <w:r>
        <w:rPr>
          <w:b/>
        </w:rPr>
        <w:t>Raw files due:</w:t>
      </w:r>
    </w:p>
    <w:p>
      <w:pPr>
        <w:keepNext/>
      </w:pPr>
      <w:r>
        <w:rPr>
          <w:b/>
        </w:rPr>
        <w:t>Reporting date:</w:t>
      </w:r>
    </w:p>
    <w:p>
      <w:pPr>
        <w:keepNext/>
      </w:pPr>
      <w:r>
        <w:rPr>
          <w:b/>
        </w:rPr>
        <w:t>Time zone:</w:t>
      </w:r>
    </w:p>
    <w:p>
      <w:r>
        <w:t>[Add time zone]</w:t>
      </w:r>
    </w:p>
    <w:p>
      <w:pPr>
        <w:pStyle w:val="Heading1"/>
      </w:pPr>
      <w:r>
        <w:t>11. REVIEW PROCESS</w:t>
      </w:r>
    </w:p>
    <w:p>
      <w:pPr>
        <w:keepNext/>
      </w:pPr>
      <w:r>
        <w:rPr>
          <w:b/>
        </w:rPr>
        <w:t>What the brand will review:</w:t>
      </w:r>
    </w:p>
    <w:p>
      <w:r>
        <w:t>[Examples: product facts, disclosure, required elements, legal or safety issues]</w:t>
      </w:r>
    </w:p>
    <w:p>
      <w:pPr>
        <w:keepNext/>
      </w:pPr>
      <w:r>
        <w:rPr>
          <w:b/>
        </w:rPr>
        <w:t>What the brand will not rewrite:</w:t>
      </w:r>
    </w:p>
    <w:p>
      <w:r>
        <w:t>[Examples: the creator's normal voice, personal story, or natural delivery]</w:t>
      </w:r>
    </w:p>
    <w:p>
      <w:pPr>
        <w:keepNext/>
      </w:pPr>
      <w:r>
        <w:rPr>
          <w:b/>
        </w:rPr>
        <w:t>Number of review rounds included:</w:t>
      </w:r>
    </w:p>
    <w:p>
      <w:r>
        <w:t>[Add number]</w:t>
      </w:r>
    </w:p>
    <w:p>
      <w:pPr>
        <w:keepNext/>
      </w:pPr>
      <w:r>
        <w:rPr>
          <w:b/>
        </w:rPr>
        <w:t>Who gives final approval:</w:t>
      </w:r>
    </w:p>
    <w:p>
      <w:r>
        <w:t>[Name or role]</w:t>
      </w:r>
    </w:p>
    <w:p>
      <w:pPr>
        <w:pStyle w:val="Heading1"/>
      </w:pPr>
      <w:r>
        <w:t>12. COMPENSATION AND LOGISTICS SUMMARY</w:t>
      </w:r>
    </w:p>
    <w:p>
      <w:pPr>
        <w:keepNext/>
      </w:pPr>
      <w:r>
        <w:rPr>
          <w:b/>
        </w:rPr>
        <w:t>Payment:</w:t>
      </w:r>
    </w:p>
    <w:p>
      <w:r>
        <w:t>[Add fee, commission, or other compensation summary.]</w:t>
      </w:r>
    </w:p>
    <w:p>
      <w:pPr>
        <w:keepNext/>
      </w:pPr>
      <w:r>
        <w:rPr>
          <w:b/>
        </w:rPr>
        <w:t>Product:</w:t>
      </w:r>
    </w:p>
    <w:p>
      <w:r>
        <w:t>[Add product, quantity, delivery details, or return requirements.]</w:t>
      </w:r>
    </w:p>
    <w:p>
      <w:pPr>
        <w:keepNext/>
      </w:pPr>
      <w:r>
        <w:rPr>
          <w:b/>
        </w:rPr>
        <w:t>Expenses:</w:t>
      </w:r>
    </w:p>
    <w:p>
      <w:r>
        <w:t>[State what is covered and how approval works.]</w:t>
      </w:r>
    </w:p>
    <w:p>
      <w:pPr>
        <w:keepNext/>
      </w:pPr>
      <w:r>
        <w:rPr>
          <w:b/>
        </w:rPr>
        <w:t>Payment timing:</w:t>
      </w:r>
    </w:p>
    <w:p>
      <w:r>
        <w:t>[Add timing.]</w:t>
      </w:r>
    </w:p>
    <w:p>
      <w:pPr>
        <w:keepNext/>
      </w:pPr>
      <w:r>
        <w:rPr>
          <w:b/>
        </w:rPr>
        <w:t>Note:</w:t>
      </w:r>
    </w:p>
    <w:p>
      <w:r>
        <w:t>Put binding payment, cancellation, ownership, exclusivity, and other legal terms in the signed agreement. This brief should match that agreement.</w:t>
      </w:r>
    </w:p>
    <w:p>
      <w:pPr>
        <w:pStyle w:val="Heading1"/>
      </w:pPr>
      <w:r>
        <w:t>13. CONTENT USAGE</w:t>
      </w:r>
    </w:p>
    <w:p>
      <w:pPr>
        <w:keepNext/>
      </w:pPr>
      <w:r>
        <w:rPr>
          <w:b/>
        </w:rPr>
        <w:t>Creator publishing term:</w:t>
      </w:r>
    </w:p>
    <w:p>
      <w:r>
        <w:t>[How long the creator must keep the content live, if agreed.]</w:t>
      </w:r>
    </w:p>
    <w:p>
      <w:pPr>
        <w:keepNext/>
      </w:pPr>
      <w:r>
        <w:rPr>
          <w:b/>
        </w:rPr>
        <w:t>Brand organic use:</w:t>
      </w:r>
    </w:p>
    <w:p>
      <w:r>
        <w:t>[Channels and time period.]</w:t>
      </w:r>
    </w:p>
    <w:p>
      <w:pPr>
        <w:keepNext/>
      </w:pPr>
      <w:r>
        <w:rPr>
          <w:b/>
        </w:rPr>
        <w:t>Paid media use:</w:t>
      </w:r>
    </w:p>
    <w:p>
      <w:r>
        <w:t>[Included / not included / requires a separate agreement.]</w:t>
      </w:r>
    </w:p>
    <w:p>
      <w:pPr>
        <w:keepNext/>
      </w:pPr>
      <w:r>
        <w:rPr>
          <w:b/>
        </w:rPr>
        <w:t>Editing rights:</w:t>
      </w:r>
    </w:p>
    <w:p>
      <w:r>
        <w:t>[What edits are allowed.]</w:t>
      </w:r>
    </w:p>
    <w:p>
      <w:pPr>
        <w:keepNext/>
      </w:pPr>
      <w:r>
        <w:rPr>
          <w:b/>
        </w:rPr>
        <w:t>Exclusivity:</w:t>
      </w:r>
    </w:p>
    <w:p>
      <w:r>
        <w:t>[Included / not included. If included, define the category and time period in the agreement.]</w:t>
      </w:r>
    </w:p>
    <w:p>
      <w:pPr>
        <w:pStyle w:val="Heading1"/>
      </w:pPr>
      <w:r>
        <w:t>14. TRACKING AND REPORTING</w:t>
      </w:r>
    </w:p>
    <w:p>
      <w:pPr>
        <w:keepNext/>
      </w:pPr>
      <w:r>
        <w:rPr>
          <w:b/>
        </w:rPr>
        <w:t>Tracked link:</w:t>
      </w:r>
    </w:p>
    <w:p>
      <w:pPr>
        <w:keepNext/>
      </w:pPr>
      <w:r>
        <w:rPr>
          <w:b/>
        </w:rPr>
        <w:t>Promo or affiliate code:</w:t>
      </w:r>
    </w:p>
    <w:p>
      <w:pPr>
        <w:keepNext/>
      </w:pPr>
      <w:r>
        <w:rPr>
          <w:b/>
        </w:rPr>
        <w:t>Campaign hashtag:</w:t>
      </w:r>
    </w:p>
    <w:p>
      <w:pPr>
        <w:keepNext/>
      </w:pPr>
      <w:r>
        <w:rPr>
          <w:b/>
        </w:rPr>
        <w:t>Required platform screenshots:</w:t>
      </w:r>
    </w:p>
    <w:p>
      <w:pPr>
        <w:keepNext/>
      </w:pPr>
      <w:r>
        <w:rPr>
          <w:b/>
        </w:rPr>
        <w:t>Metrics to share:</w:t>
      </w:r>
    </w:p>
    <w:p>
      <w:pPr>
        <w:keepNext/>
      </w:pPr>
      <w:r>
        <w:rPr>
          <w:b/>
        </w:rPr>
        <w:t>Reporting deadline:</w:t>
      </w:r>
    </w:p>
    <w:p>
      <w:pPr>
        <w:pStyle w:val="Heading1"/>
      </w:pPr>
      <w:r>
        <w:t>15. QUESTIONS AND CONTACT</w:t>
      </w:r>
    </w:p>
    <w:p>
      <w:pPr>
        <w:keepNext/>
      </w:pPr>
      <w:r>
        <w:rPr>
          <w:b/>
        </w:rPr>
        <w:t>Creator questions should go to:</w:t>
      </w:r>
    </w:p>
    <w:p>
      <w:pPr>
        <w:keepNext/>
      </w:pPr>
      <w:r>
        <w:rPr>
          <w:b/>
        </w:rPr>
        <w:t>Name:</w:t>
      </w:r>
    </w:p>
    <w:p>
      <w:pPr>
        <w:keepNext/>
      </w:pPr>
      <w:r>
        <w:rPr>
          <w:b/>
        </w:rPr>
        <w:t>Email:</w:t>
      </w:r>
    </w:p>
    <w:p>
      <w:pPr>
        <w:keepNext/>
      </w:pPr>
      <w:r>
        <w:rPr>
          <w:b/>
        </w:rPr>
        <w:t>Preferred contact method:</w:t>
      </w:r>
    </w:p>
    <w:p>
      <w:pPr>
        <w:keepNext/>
      </w:pPr>
      <w:r>
        <w:rPr>
          <w:b/>
        </w:rPr>
        <w:t>Final notes:</w:t>
      </w:r>
    </w:p>
    <w:p>
      <w:r>
        <w:t>[Add any useful context that does not fit above.]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Tomako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eastAsia="Song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Songti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BRIEF TEMPLATE</dc:title>
  <dc:subject/>
  <dc:creator>Tomako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