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網紅合作簡報範本</w:t>
      </w:r>
    </w:p>
    <w:p>
      <w:r>
        <w:t>刪除不適用於本次合作的欄位。傳給創作者前，請先替換所有預留文字。</w:t>
      </w:r>
    </w:p>
    <w:p>
      <w:pPr>
        <w:pStyle w:val="Heading1"/>
      </w:pPr>
      <w:r>
        <w:t>活動基本資料</w:t>
      </w:r>
    </w:p>
    <w:p>
      <w:pPr>
        <w:keepNext/>
      </w:pPr>
      <w:r>
        <w:rPr>
          <w:b/>
        </w:rPr>
        <w:t>活動名稱：</w:t>
      </w:r>
    </w:p>
    <w:p>
      <w:pPr>
        <w:keepNext/>
      </w:pPr>
      <w:r>
        <w:rPr>
          <w:b/>
        </w:rPr>
        <w:t>品牌：</w:t>
      </w:r>
    </w:p>
    <w:p>
      <w:pPr>
        <w:keepNext/>
      </w:pPr>
      <w:r>
        <w:rPr>
          <w:b/>
        </w:rPr>
        <w:t>產品或服務：</w:t>
      </w:r>
    </w:p>
    <w:p>
      <w:pPr>
        <w:keepNext/>
      </w:pPr>
      <w:r>
        <w:rPr>
          <w:b/>
        </w:rPr>
        <w:t>簡報負責人：</w:t>
      </w:r>
    </w:p>
    <w:p>
      <w:pPr>
        <w:keepNext/>
      </w:pPr>
      <w:r>
        <w:rPr>
          <w:b/>
        </w:rPr>
        <w:t>聯絡信箱：</w:t>
      </w:r>
    </w:p>
    <w:p>
      <w:pPr>
        <w:keepNext/>
      </w:pPr>
      <w:r>
        <w:rPr>
          <w:b/>
        </w:rPr>
        <w:t>簡報版本：</w:t>
      </w:r>
    </w:p>
    <w:p>
      <w:pPr>
        <w:keepNext/>
      </w:pPr>
      <w:r>
        <w:rPr>
          <w:b/>
        </w:rPr>
        <w:t>日期：</w:t>
      </w:r>
    </w:p>
    <w:p>
      <w:pPr>
        <w:keepNext/>
      </w:pPr>
      <w:r>
        <w:rPr>
          <w:b/>
        </w:rPr>
        <w:t>創作者姓名或帳號：</w:t>
      </w:r>
    </w:p>
    <w:p>
      <w:pPr>
        <w:pStyle w:val="Heading1"/>
      </w:pPr>
      <w:r>
        <w:t>1. 活動摘要</w:t>
      </w:r>
    </w:p>
    <w:p>
      <w:pPr>
        <w:keepNext/>
      </w:pPr>
      <w:r>
        <w:rPr>
          <w:b/>
        </w:rPr>
        <w:t>請用 2–3 句話說明：</w:t>
      </w:r>
    </w:p>
    <w:p>
      <w:pPr>
        <w:ind w:left="216"/>
      </w:pPr>
      <w:r>
        <w:t>- 這是什麼活動？</w:t>
      </w:r>
    </w:p>
    <w:p>
      <w:pPr>
        <w:ind w:left="216"/>
      </w:pPr>
      <w:r>
        <w:t>- 希望創作者製作什麼內容？</w:t>
      </w:r>
    </w:p>
    <w:p>
      <w:pPr>
        <w:ind w:left="216"/>
      </w:pPr>
      <w:r>
        <w:t>- 為什麼這次合作適合創作者的受眾？</w:t>
      </w:r>
    </w:p>
    <w:p>
      <w:pPr>
        <w:keepNext/>
      </w:pPr>
      <w:r>
        <w:rPr>
          <w:b/>
        </w:rPr>
        <w:t>摘要：</w:t>
      </w:r>
    </w:p>
    <w:p>
      <w:r>
        <w:t>[請填寫]</w:t>
      </w:r>
    </w:p>
    <w:p>
      <w:pPr>
        <w:pStyle w:val="Heading1"/>
      </w:pPr>
      <w:r>
        <w:t>2. 活動目標</w:t>
      </w:r>
    </w:p>
    <w:p>
      <w:pPr>
        <w:keepNext/>
      </w:pPr>
      <w:r>
        <w:rPr>
          <w:b/>
        </w:rPr>
        <w:t>主要目標：</w:t>
      </w:r>
    </w:p>
    <w:p>
      <w:r>
        <w:t>[選擇一項明確目標：品牌知名度、受眾教育、新品上市、購買考慮、銷售、註冊、內容製作或其他目標。]</w:t>
      </w:r>
    </w:p>
    <w:p>
      <w:pPr>
        <w:keepNext/>
      </w:pPr>
      <w:r>
        <w:rPr>
          <w:b/>
        </w:rPr>
        <w:t>成效評估方式：</w:t>
      </w:r>
    </w:p>
    <w:p>
      <w:r>
        <w:t>[只列出與目標直接相關的指標，例如準時完成的交付項目、觀看次數、觀看時間、收藏、有價值的留言、連結點擊、優惠碼使用或可再利用素材。]</w:t>
      </w:r>
    </w:p>
    <w:p>
      <w:pPr>
        <w:pStyle w:val="Heading1"/>
      </w:pPr>
      <w:r>
        <w:t>3. 目標受眾</w:t>
      </w:r>
    </w:p>
    <w:p>
      <w:r>
        <w:t>希望內容觸及哪些人？</w:t>
      </w:r>
    </w:p>
    <w:p>
      <w:pPr>
        <w:keepNext/>
        <w:ind w:left="216"/>
      </w:pPr>
      <w:r>
        <w:rPr>
          <w:b/>
        </w:rPr>
        <w:t>- 市場或地區：</w:t>
      </w:r>
    </w:p>
    <w:p>
      <w:pPr>
        <w:keepNext/>
        <w:ind w:left="216"/>
      </w:pPr>
      <w:r>
        <w:rPr>
          <w:b/>
        </w:rPr>
        <w:t>- 年齡區間（如有需要）：</w:t>
      </w:r>
    </w:p>
    <w:p>
      <w:pPr>
        <w:keepNext/>
        <w:ind w:left="216"/>
      </w:pPr>
      <w:r>
        <w:rPr>
          <w:b/>
        </w:rPr>
        <w:t>- 興趣或需求：</w:t>
      </w:r>
    </w:p>
    <w:p>
      <w:pPr>
        <w:keepNext/>
        <w:ind w:left="216"/>
      </w:pPr>
      <w:r>
        <w:rPr>
          <w:b/>
        </w:rPr>
        <w:t>- 目前遇到的問題：</w:t>
      </w:r>
    </w:p>
    <w:p>
      <w:pPr>
        <w:keepNext/>
        <w:ind w:left="216"/>
      </w:pPr>
      <w:r>
        <w:rPr>
          <w:b/>
        </w:rPr>
        <w:t>- 看完內容後，受眾應該理解什麼或採取什麼行動：</w:t>
      </w:r>
    </w:p>
    <w:p>
      <w:pPr>
        <w:pStyle w:val="Heading1"/>
      </w:pPr>
      <w:r>
        <w:t>4. 為什麼選擇這位創作者</w:t>
      </w:r>
    </w:p>
    <w:p>
      <w:r>
        <w:t>這位創作者為什麼適合本次合作？</w:t>
      </w:r>
    </w:p>
    <w:p>
      <w:pPr>
        <w:keepNext/>
        <w:ind w:left="216"/>
      </w:pPr>
      <w:r>
        <w:rPr>
          <w:b/>
        </w:rPr>
        <w:t>- 相關內容主題：</w:t>
      </w:r>
    </w:p>
    <w:p>
      <w:pPr>
        <w:keepNext/>
        <w:ind w:left="216"/>
      </w:pPr>
      <w:r>
        <w:rPr>
          <w:b/>
        </w:rPr>
        <w:t>- 受眾契合度：</w:t>
      </w:r>
    </w:p>
    <w:p>
      <w:pPr>
        <w:keepNext/>
        <w:ind w:left="216"/>
      </w:pPr>
      <w:r>
        <w:rPr>
          <w:b/>
        </w:rPr>
        <w:t>- 需要保留的表達風格或觀點：</w:t>
      </w:r>
    </w:p>
    <w:p>
      <w:pPr>
        <w:keepNext/>
        <w:ind w:left="216"/>
      </w:pPr>
      <w:r>
        <w:rPr>
          <w:b/>
        </w:rPr>
        <w:t>- 啟發本次合作的過往內容：</w:t>
      </w:r>
    </w:p>
    <w:p>
      <w:pPr>
        <w:pStyle w:val="Heading1"/>
      </w:pPr>
      <w:r>
        <w:t>5. 交付項目</w:t>
      </w:r>
    </w:p>
    <w:p>
      <w:r>
        <w:t>逐項列出必須交付的內容。</w:t>
      </w:r>
    </w:p>
    <w:p>
      <w:pPr>
        <w:keepNext/>
      </w:pPr>
      <w:r>
        <w:rPr>
          <w:b/>
        </w:rPr>
        <w:t>交付項目 1：</w:t>
      </w:r>
    </w:p>
    <w:p>
      <w:pPr>
        <w:keepNext/>
        <w:ind w:left="216"/>
      </w:pPr>
      <w:r>
        <w:rPr>
          <w:b/>
        </w:rPr>
        <w:t>- 平台：</w:t>
      </w:r>
    </w:p>
    <w:p>
      <w:pPr>
        <w:keepNext/>
        <w:ind w:left="216"/>
      </w:pPr>
      <w:r>
        <w:rPr>
          <w:b/>
        </w:rPr>
        <w:t>- 格式：</w:t>
      </w:r>
    </w:p>
    <w:p>
      <w:pPr>
        <w:keepNext/>
        <w:ind w:left="216"/>
      </w:pPr>
      <w:r>
        <w:rPr>
          <w:b/>
        </w:rPr>
        <w:t>- 數量：</w:t>
      </w:r>
    </w:p>
    <w:p>
      <w:pPr>
        <w:keepNext/>
        <w:ind w:left="216"/>
      </w:pPr>
      <w:r>
        <w:rPr>
          <w:b/>
        </w:rPr>
        <w:t>- 長度或尺寸：</w:t>
      </w:r>
    </w:p>
    <w:p>
      <w:pPr>
        <w:keepNext/>
        <w:ind w:left="216"/>
      </w:pPr>
      <w:r>
        <w:rPr>
          <w:b/>
        </w:rPr>
        <w:t>- 發布位置：</w:t>
      </w:r>
    </w:p>
    <w:p>
      <w:pPr>
        <w:keepNext/>
        <w:ind w:left="216"/>
      </w:pPr>
      <w:r>
        <w:rPr>
          <w:b/>
        </w:rPr>
        <w:t>- 必須使用的標籤、連結或優惠碼：</w:t>
      </w:r>
    </w:p>
    <w:p>
      <w:pPr>
        <w:ind w:left="216"/>
      </w:pPr>
      <w:r>
        <w:t>- 是否需要原始素材：是 / 否</w:t>
      </w:r>
    </w:p>
    <w:p>
      <w:pPr>
        <w:keepNext/>
      </w:pPr>
      <w:r>
        <w:rPr>
          <w:b/>
        </w:rPr>
        <w:t>交付項目 2：</w:t>
      </w:r>
    </w:p>
    <w:p>
      <w:pPr>
        <w:keepNext/>
        <w:ind w:left="216"/>
      </w:pPr>
      <w:r>
        <w:rPr>
          <w:b/>
        </w:rPr>
        <w:t>- 平台：</w:t>
      </w:r>
    </w:p>
    <w:p>
      <w:pPr>
        <w:keepNext/>
        <w:ind w:left="216"/>
      </w:pPr>
      <w:r>
        <w:rPr>
          <w:b/>
        </w:rPr>
        <w:t>- 格式：</w:t>
      </w:r>
    </w:p>
    <w:p>
      <w:pPr>
        <w:keepNext/>
        <w:ind w:left="216"/>
      </w:pPr>
      <w:r>
        <w:rPr>
          <w:b/>
        </w:rPr>
        <w:t>- 數量：</w:t>
      </w:r>
    </w:p>
    <w:p>
      <w:pPr>
        <w:keepNext/>
        <w:ind w:left="216"/>
      </w:pPr>
      <w:r>
        <w:rPr>
          <w:b/>
        </w:rPr>
        <w:t>- 長度或尺寸：</w:t>
      </w:r>
    </w:p>
    <w:p>
      <w:pPr>
        <w:keepNext/>
        <w:ind w:left="216"/>
      </w:pPr>
      <w:r>
        <w:rPr>
          <w:b/>
        </w:rPr>
        <w:t>- 發布位置：</w:t>
      </w:r>
    </w:p>
    <w:p>
      <w:pPr>
        <w:keepNext/>
        <w:ind w:left="216"/>
      </w:pPr>
      <w:r>
        <w:rPr>
          <w:b/>
        </w:rPr>
        <w:t>- 必須使用的標籤、連結或優惠碼：</w:t>
      </w:r>
    </w:p>
    <w:p>
      <w:pPr>
        <w:ind w:left="216"/>
      </w:pPr>
      <w:r>
        <w:t>- 是否需要原始素材：是 / 否</w:t>
      </w:r>
    </w:p>
    <w:p>
      <w:pPr>
        <w:pStyle w:val="Heading1"/>
      </w:pPr>
      <w:r>
        <w:t>6. 核心訊息</w:t>
      </w:r>
    </w:p>
    <w:p>
      <w:pPr>
        <w:keepNext/>
      </w:pPr>
      <w:r>
        <w:rPr>
          <w:b/>
        </w:rPr>
        <w:t>希望受眾記住的一件事：</w:t>
      </w:r>
    </w:p>
    <w:p>
      <w:r>
        <w:t>[請用一句話填寫]</w:t>
      </w:r>
    </w:p>
    <w:p>
      <w:pPr>
        <w:keepNext/>
      </w:pPr>
      <w:r>
        <w:rPr>
          <w:b/>
        </w:rPr>
        <w:t>輔助訊息：</w:t>
      </w:r>
    </w:p>
    <w:p>
      <w:pPr>
        <w:ind w:left="216"/>
      </w:pPr>
      <w:r>
        <w:t>- [訊息 1]</w:t>
      </w:r>
    </w:p>
    <w:p>
      <w:pPr>
        <w:ind w:left="216"/>
      </w:pPr>
      <w:r>
        <w:t>- [訊息 2]</w:t>
      </w:r>
    </w:p>
    <w:p>
      <w:pPr>
        <w:ind w:left="216"/>
      </w:pPr>
      <w:r>
        <w:t>- [訊息 3]</w:t>
      </w:r>
    </w:p>
    <w:p>
      <w:pPr>
        <w:keepNext/>
      </w:pPr>
      <w:r>
        <w:rPr>
          <w:b/>
        </w:rPr>
        <w:t>產品事實或已核准說法：</w:t>
      </w:r>
    </w:p>
    <w:p>
      <w:pPr>
        <w:ind w:left="216"/>
      </w:pPr>
      <w:r>
        <w:t>- [已核准的事實或說法]</w:t>
      </w:r>
    </w:p>
    <w:p>
      <w:pPr>
        <w:ind w:left="216"/>
      </w:pPr>
      <w:r>
        <w:t>- [已核准的事實或說法]</w:t>
      </w:r>
    </w:p>
    <w:p>
      <w:pPr>
        <w:keepNext/>
      </w:pPr>
      <w:r>
        <w:rPr>
          <w:b/>
        </w:rPr>
        <w:t>每項產品事實的來源：</w:t>
      </w:r>
    </w:p>
    <w:p>
      <w:r>
        <w:t>[連結至已核准的產品資料、研究或宣稱資料庫。]</w:t>
      </w:r>
    </w:p>
    <w:p>
      <w:pPr>
        <w:pStyle w:val="Heading1"/>
      </w:pPr>
      <w:r>
        <w:t>7. 創作方向</w:t>
      </w:r>
    </w:p>
    <w:p>
      <w:pPr>
        <w:keepNext/>
      </w:pPr>
      <w:r>
        <w:rPr>
          <w:b/>
        </w:rPr>
        <w:t>期望語氣：</w:t>
      </w:r>
    </w:p>
    <w:p>
      <w:r>
        <w:t>[例如：實用、溫暖、直接、活潑、沉穩]</w:t>
      </w:r>
    </w:p>
    <w:p>
      <w:pPr>
        <w:keepNext/>
      </w:pPr>
      <w:r>
        <w:rPr>
          <w:b/>
        </w:rPr>
        <w:t>建議內容流程：</w:t>
      </w:r>
    </w:p>
    <w:p>
      <w:r>
        <w:t>1.</w:t>
      </w:r>
    </w:p>
    <w:p>
      <w:r>
        <w:t>2.</w:t>
      </w:r>
    </w:p>
    <w:p>
      <w:r>
        <w:t>3.</w:t>
      </w:r>
    </w:p>
    <w:p>
      <w:pPr>
        <w:keepNext/>
      </w:pPr>
      <w:r>
        <w:rPr>
          <w:b/>
        </w:rPr>
        <w:t>可參考的畫面：</w:t>
      </w:r>
    </w:p>
    <w:p>
      <w:r>
        <w:t>-</w:t>
      </w:r>
    </w:p>
    <w:p>
      <w:r>
        <w:t>-</w:t>
      </w:r>
    </w:p>
    <w:p>
      <w:r>
        <w:t>-</w:t>
      </w:r>
    </w:p>
    <w:p>
      <w:pPr>
        <w:keepNext/>
      </w:pPr>
      <w:r>
        <w:rPr>
          <w:b/>
        </w:rPr>
        <w:t>參考連結：</w:t>
      </w:r>
    </w:p>
    <w:p>
      <w:r>
        <w:t>[提供方向參考，不要求照著製作。]</w:t>
      </w:r>
    </w:p>
    <w:p>
      <w:pPr>
        <w:pStyle w:val="Heading1"/>
      </w:pPr>
      <w:r>
        <w:t>8. 必須保留、可以調整、需要避免</w:t>
      </w:r>
    </w:p>
    <w:p>
      <w:r>
        <w:t>必須保留最終內容必須包含以下項目。</w:t>
      </w:r>
    </w:p>
    <w:p>
      <w:r>
        <w:t>-</w:t>
      </w:r>
    </w:p>
    <w:p>
      <w:r>
        <w:t>-</w:t>
      </w:r>
    </w:p>
    <w:p>
      <w:r>
        <w:t>-</w:t>
      </w:r>
    </w:p>
    <w:p>
      <w:r>
        <w:t>可以調整創作者可以依照自己的風格與受眾調整以下項目。</w:t>
      </w:r>
    </w:p>
    <w:p>
      <w:r>
        <w:t>-</w:t>
      </w:r>
    </w:p>
    <w:p>
      <w:r>
        <w:t>-</w:t>
      </w:r>
    </w:p>
    <w:p>
      <w:r>
        <w:t>-</w:t>
      </w:r>
    </w:p>
    <w:p>
      <w:r>
        <w:t>需要避免請勿加入以下說法、畫面、行為或主題。</w:t>
      </w:r>
    </w:p>
    <w:p>
      <w:r>
        <w:t>-</w:t>
      </w:r>
    </w:p>
    <w:p>
      <w:r>
        <w:t>-</w:t>
      </w:r>
    </w:p>
    <w:p>
      <w:r>
        <w:t>-</w:t>
      </w:r>
    </w:p>
    <w:p>
      <w:pPr>
        <w:pStyle w:val="Heading1"/>
      </w:pPr>
      <w:r>
        <w:t>9. 合作揭露與產品宣稱</w:t>
      </w:r>
    </w:p>
    <w:p>
      <w:pPr>
        <w:keepNext/>
      </w:pPr>
      <w:r>
        <w:rPr>
          <w:b/>
        </w:rPr>
        <w:t>利益關係：</w:t>
      </w:r>
    </w:p>
    <w:p>
      <w:r>
        <w:t>[付費合作 / 免費產品 / 折扣 / 聯盟分潤 / 其他]</w:t>
      </w:r>
    </w:p>
    <w:p>
      <w:pPr>
        <w:keepNext/>
      </w:pPr>
      <w:r>
        <w:rPr>
          <w:b/>
        </w:rPr>
        <w:t>揭露要求：</w:t>
      </w:r>
    </w:p>
    <w:p>
      <w:r>
        <w:t>[用清楚、準確的文字說明雙方關係。]</w:t>
      </w:r>
    </w:p>
    <w:p>
      <w:pPr>
        <w:keepNext/>
      </w:pPr>
      <w:r>
        <w:rPr>
          <w:b/>
        </w:rPr>
        <w:t>揭露位置：</w:t>
      </w:r>
    </w:p>
    <w:p>
      <w:r>
        <w:t>[說明揭露應放在哪裡，讓受眾容易注意到。]</w:t>
      </w:r>
    </w:p>
    <w:p>
      <w:pPr>
        <w:keepNext/>
      </w:pPr>
      <w:r>
        <w:rPr>
          <w:b/>
        </w:rPr>
        <w:t>平台揭露工具：</w:t>
      </w:r>
    </w:p>
    <w:p>
      <w:r>
        <w:t>[說明是否還要使用平台的付費合作標籤。]</w:t>
      </w:r>
    </w:p>
    <w:p>
      <w:pPr>
        <w:keepNext/>
      </w:pPr>
      <w:r>
        <w:rPr>
          <w:b/>
        </w:rPr>
        <w:t>需要謹慎使用或事先核准的宣稱：</w:t>
      </w:r>
    </w:p>
    <w:p>
      <w:r>
        <w:t>-</w:t>
      </w:r>
    </w:p>
    <w:p>
      <w:r>
        <w:t>-</w:t>
      </w:r>
    </w:p>
    <w:p>
      <w:pPr>
        <w:keepNext/>
      </w:pPr>
      <w:r>
        <w:rPr>
          <w:b/>
        </w:rPr>
        <w:t>不得使用的宣稱：</w:t>
      </w:r>
    </w:p>
    <w:p>
      <w:r>
        <w:t>-</w:t>
      </w:r>
    </w:p>
    <w:p>
      <w:r>
        <w:t>-</w:t>
      </w:r>
    </w:p>
    <w:p>
      <w:pPr>
        <w:keepNext/>
      </w:pPr>
      <w:r>
        <w:rPr>
          <w:b/>
        </w:rPr>
        <w:t>重要提醒：</w:t>
      </w:r>
    </w:p>
    <w:p>
      <w:r>
        <w:t>創作者只能描述自己實際使用產品的經驗。不要要求創作者使用品牌無法佐證的宣稱。</w:t>
      </w:r>
    </w:p>
    <w:p>
      <w:pPr>
        <w:pStyle w:val="Heading1"/>
      </w:pPr>
      <w:r>
        <w:t>10. 時程</w:t>
      </w:r>
    </w:p>
    <w:p>
      <w:pPr>
        <w:keepNext/>
      </w:pPr>
      <w:r>
        <w:rPr>
          <w:b/>
        </w:rPr>
        <w:t>產品或素材送達：</w:t>
      </w:r>
    </w:p>
    <w:p>
      <w:pPr>
        <w:keepNext/>
      </w:pPr>
      <w:r>
        <w:rPr>
          <w:b/>
        </w:rPr>
        <w:t>概念提案截止：</w:t>
      </w:r>
    </w:p>
    <w:p>
      <w:pPr>
        <w:keepNext/>
      </w:pPr>
      <w:r>
        <w:rPr>
          <w:b/>
        </w:rPr>
        <w:t>品牌回饋：</w:t>
      </w:r>
    </w:p>
    <w:p>
      <w:pPr>
        <w:keepNext/>
      </w:pPr>
      <w:r>
        <w:rPr>
          <w:b/>
        </w:rPr>
        <w:t>初稿截止：</w:t>
      </w:r>
    </w:p>
    <w:p>
      <w:pPr>
        <w:keepNext/>
      </w:pPr>
      <w:r>
        <w:rPr>
          <w:b/>
        </w:rPr>
        <w:t>最終核准：</w:t>
      </w:r>
    </w:p>
    <w:p>
      <w:pPr>
        <w:keepNext/>
      </w:pPr>
      <w:r>
        <w:rPr>
          <w:b/>
        </w:rPr>
        <w:t>發布日期或區間：</w:t>
      </w:r>
    </w:p>
    <w:p>
      <w:pPr>
        <w:keepNext/>
      </w:pPr>
      <w:r>
        <w:rPr>
          <w:b/>
        </w:rPr>
        <w:t>原始素材交付：</w:t>
      </w:r>
    </w:p>
    <w:p>
      <w:pPr>
        <w:keepNext/>
      </w:pPr>
      <w:r>
        <w:rPr>
          <w:b/>
        </w:rPr>
        <w:t>成效回報：</w:t>
      </w:r>
    </w:p>
    <w:p>
      <w:pPr>
        <w:keepNext/>
      </w:pPr>
      <w:r>
        <w:rPr>
          <w:b/>
        </w:rPr>
        <w:t>時區：</w:t>
      </w:r>
    </w:p>
    <w:p>
      <w:r>
        <w:t>[請填寫時區]</w:t>
      </w:r>
    </w:p>
    <w:p>
      <w:pPr>
        <w:pStyle w:val="Heading1"/>
      </w:pPr>
      <w:r>
        <w:t>11. 審稿流程</w:t>
      </w:r>
    </w:p>
    <w:p>
      <w:pPr>
        <w:keepNext/>
      </w:pPr>
      <w:r>
        <w:rPr>
          <w:b/>
        </w:rPr>
        <w:t>品牌會審核什麼：</w:t>
      </w:r>
    </w:p>
    <w:p>
      <w:r>
        <w:t>[例如：產品事實、合作揭露、必要項目、法律或安全問題]</w:t>
      </w:r>
    </w:p>
    <w:p>
      <w:pPr>
        <w:keepNext/>
      </w:pPr>
      <w:r>
        <w:rPr>
          <w:b/>
        </w:rPr>
        <w:t>品牌不會改寫什麼：</w:t>
      </w:r>
    </w:p>
    <w:p>
      <w:r>
        <w:t>[例如：創作者平常的語氣、個人故事或自然表達]</w:t>
      </w:r>
    </w:p>
    <w:p>
      <w:pPr>
        <w:keepNext/>
      </w:pPr>
      <w:r>
        <w:rPr>
          <w:b/>
        </w:rPr>
        <w:t>包含的修改輪次：</w:t>
      </w:r>
    </w:p>
    <w:p>
      <w:r>
        <w:t>[請填寫輪次]</w:t>
      </w:r>
    </w:p>
    <w:p>
      <w:pPr>
        <w:keepNext/>
      </w:pPr>
      <w:r>
        <w:rPr>
          <w:b/>
        </w:rPr>
        <w:t>最終核准人：</w:t>
      </w:r>
    </w:p>
    <w:p>
      <w:r>
        <w:t>[姓名或職稱]</w:t>
      </w:r>
    </w:p>
    <w:p>
      <w:pPr>
        <w:pStyle w:val="Heading1"/>
      </w:pPr>
      <w:r>
        <w:t>12. 報酬與執行安排摘要</w:t>
      </w:r>
    </w:p>
    <w:p>
      <w:pPr>
        <w:keepNext/>
      </w:pPr>
      <w:r>
        <w:rPr>
          <w:b/>
        </w:rPr>
        <w:t>報酬：</w:t>
      </w:r>
    </w:p>
    <w:p>
      <w:r>
        <w:t>[填寫固定費用、分潤或其他報酬。]</w:t>
      </w:r>
    </w:p>
    <w:p>
      <w:pPr>
        <w:keepNext/>
      </w:pPr>
      <w:r>
        <w:rPr>
          <w:b/>
        </w:rPr>
        <w:t>產品：</w:t>
      </w:r>
    </w:p>
    <w:p>
      <w:r>
        <w:t>[填寫產品、數量、寄送資訊或退回要求。]</w:t>
      </w:r>
    </w:p>
    <w:p>
      <w:pPr>
        <w:keepNext/>
      </w:pPr>
      <w:r>
        <w:rPr>
          <w:b/>
        </w:rPr>
        <w:t>費用：</w:t>
      </w:r>
    </w:p>
    <w:p>
      <w:r>
        <w:t>[說明可負擔哪些費用，以及如何事先核准。]</w:t>
      </w:r>
    </w:p>
    <w:p>
      <w:pPr>
        <w:keepNext/>
      </w:pPr>
      <w:r>
        <w:rPr>
          <w:b/>
        </w:rPr>
        <w:t>付款時間：</w:t>
      </w:r>
    </w:p>
    <w:p>
      <w:r>
        <w:t>[請填寫。]</w:t>
      </w:r>
    </w:p>
    <w:p>
      <w:pPr>
        <w:keepNext/>
      </w:pPr>
      <w:r>
        <w:rPr>
          <w:b/>
        </w:rPr>
        <w:t>說明：</w:t>
      </w:r>
    </w:p>
    <w:p>
      <w:r>
        <w:t>付款、取消、所有權、排他性等具約束力的條款應寫進正式合約。本簡報應與正式合約一致。</w:t>
      </w:r>
    </w:p>
    <w:p>
      <w:pPr>
        <w:pStyle w:val="Heading1"/>
      </w:pPr>
      <w:r>
        <w:t>13. 內容使用授權</w:t>
      </w:r>
    </w:p>
    <w:p>
      <w:pPr>
        <w:keepNext/>
      </w:pPr>
      <w:r>
        <w:rPr>
          <w:b/>
        </w:rPr>
        <w:t>創作者發布期限：</w:t>
      </w:r>
    </w:p>
    <w:p>
      <w:r>
        <w:t>[如已約定，說明內容需要保留多久。]</w:t>
      </w:r>
    </w:p>
    <w:p>
      <w:pPr>
        <w:keepNext/>
      </w:pPr>
      <w:r>
        <w:rPr>
          <w:b/>
        </w:rPr>
        <w:t>品牌自有管道使用：</w:t>
      </w:r>
    </w:p>
    <w:p>
      <w:r>
        <w:t>[填寫管道與期限。]</w:t>
      </w:r>
    </w:p>
    <w:p>
      <w:pPr>
        <w:keepNext/>
      </w:pPr>
      <w:r>
        <w:rPr>
          <w:b/>
        </w:rPr>
        <w:t>付費媒體使用：</w:t>
      </w:r>
    </w:p>
    <w:p>
      <w:r>
        <w:t>[已包含 / 未包含 / 需要另簽合約]</w:t>
      </w:r>
    </w:p>
    <w:p>
      <w:pPr>
        <w:keepNext/>
      </w:pPr>
      <w:r>
        <w:rPr>
          <w:b/>
        </w:rPr>
        <w:t>編輯權限：</w:t>
      </w:r>
    </w:p>
    <w:p>
      <w:r>
        <w:t>[說明允許進行哪些編輯。]</w:t>
      </w:r>
    </w:p>
    <w:p>
      <w:pPr>
        <w:keepNext/>
      </w:pPr>
      <w:r>
        <w:rPr>
          <w:b/>
        </w:rPr>
        <w:t>競業排他：</w:t>
      </w:r>
    </w:p>
    <w:p>
      <w:r>
        <w:t>[包含 / 不包含。如包含，請在合約中清楚定義品類與期限。]</w:t>
      </w:r>
    </w:p>
    <w:p>
      <w:pPr>
        <w:pStyle w:val="Heading1"/>
      </w:pPr>
      <w:r>
        <w:t>14. 追蹤與成效回報</w:t>
      </w:r>
    </w:p>
    <w:p>
      <w:pPr>
        <w:keepNext/>
      </w:pPr>
      <w:r>
        <w:rPr>
          <w:b/>
        </w:rPr>
        <w:t>追蹤連結：</w:t>
      </w:r>
    </w:p>
    <w:p>
      <w:pPr>
        <w:keepNext/>
      </w:pPr>
      <w:r>
        <w:rPr>
          <w:b/>
        </w:rPr>
        <w:t>促銷碼或聯盟碼：</w:t>
      </w:r>
    </w:p>
    <w:p>
      <w:pPr>
        <w:keepNext/>
      </w:pPr>
      <w:r>
        <w:rPr>
          <w:b/>
        </w:rPr>
        <w:t>活動主題標籤：</w:t>
      </w:r>
    </w:p>
    <w:p>
      <w:pPr>
        <w:keepNext/>
      </w:pPr>
      <w:r>
        <w:rPr>
          <w:b/>
        </w:rPr>
        <w:t>需要提供的平台數據截圖：</w:t>
      </w:r>
    </w:p>
    <w:p>
      <w:pPr>
        <w:keepNext/>
      </w:pPr>
      <w:r>
        <w:rPr>
          <w:b/>
        </w:rPr>
        <w:t>需要分享的指標：</w:t>
      </w:r>
    </w:p>
    <w:p>
      <w:pPr>
        <w:keepNext/>
      </w:pPr>
      <w:r>
        <w:rPr>
          <w:b/>
        </w:rPr>
        <w:t>成效回報期限：</w:t>
      </w:r>
    </w:p>
    <w:p>
      <w:pPr>
        <w:pStyle w:val="Heading1"/>
      </w:pPr>
      <w:r>
        <w:t>15. 問題與聯絡人</w:t>
      </w:r>
    </w:p>
    <w:p>
      <w:pPr>
        <w:keepNext/>
      </w:pPr>
      <w:r>
        <w:rPr>
          <w:b/>
        </w:rPr>
        <w:t>創作者如有問題，請聯絡：</w:t>
      </w:r>
    </w:p>
    <w:p>
      <w:pPr>
        <w:keepNext/>
      </w:pPr>
      <w:r>
        <w:rPr>
          <w:b/>
        </w:rPr>
        <w:t>姓名：</w:t>
      </w:r>
    </w:p>
    <w:p>
      <w:pPr>
        <w:keepNext/>
      </w:pPr>
      <w:r>
        <w:rPr>
          <w:b/>
        </w:rPr>
        <w:t>信箱：</w:t>
      </w:r>
    </w:p>
    <w:p>
      <w:pPr>
        <w:keepNext/>
      </w:pPr>
      <w:r>
        <w:rPr>
          <w:b/>
        </w:rPr>
        <w:t>偏好的聯絡方式：</w:t>
      </w:r>
    </w:p>
    <w:p>
      <w:pPr>
        <w:keepNext/>
      </w:pPr>
      <w:r>
        <w:rPr>
          <w:b/>
        </w:rPr>
        <w:t>補充說明：</w:t>
      </w:r>
    </w:p>
    <w:p>
      <w:r>
        <w:t>[填寫其他必要資訊。]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Tomako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Songti T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="Arial" w:hAnsi="Arial" w:eastAsia="Songti T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="Arial" w:hAnsi="Arial" w:eastAsia="Songti T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Songti T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網紅合作簡報範本</dc:title>
  <dc:subject/>
  <dc:creator>Tomako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