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红人营销简报模板</w:t>
      </w:r>
    </w:p>
    <w:p>
      <w:r>
        <w:t>删除不适用于本次合作的字段。发送给达人前，请替换所有占位内容。</w:t>
      </w:r>
    </w:p>
    <w:p>
      <w:pPr>
        <w:pStyle w:val="Heading1"/>
      </w:pPr>
      <w:r>
        <w:t>活动基本信息</w:t>
      </w:r>
    </w:p>
    <w:p>
      <w:pPr>
        <w:keepNext/>
      </w:pPr>
      <w:r>
        <w:rPr>
          <w:b/>
        </w:rPr>
        <w:t>活动名称：</w:t>
      </w:r>
    </w:p>
    <w:p>
      <w:pPr>
        <w:keepNext/>
      </w:pPr>
      <w:r>
        <w:rPr>
          <w:b/>
        </w:rPr>
        <w:t>品牌：</w:t>
      </w:r>
    </w:p>
    <w:p>
      <w:pPr>
        <w:keepNext/>
      </w:pPr>
      <w:r>
        <w:rPr>
          <w:b/>
        </w:rPr>
        <w:t>产品或服务：</w:t>
      </w:r>
    </w:p>
    <w:p>
      <w:pPr>
        <w:keepNext/>
      </w:pPr>
      <w:r>
        <w:rPr>
          <w:b/>
        </w:rPr>
        <w:t>简报负责人：</w:t>
      </w:r>
    </w:p>
    <w:p>
      <w:pPr>
        <w:keepNext/>
      </w:pPr>
      <w:r>
        <w:rPr>
          <w:b/>
        </w:rPr>
        <w:t>联系邮箱：</w:t>
      </w:r>
    </w:p>
    <w:p>
      <w:pPr>
        <w:keepNext/>
      </w:pPr>
      <w:r>
        <w:rPr>
          <w:b/>
        </w:rPr>
        <w:t>简报版本：</w:t>
      </w:r>
    </w:p>
    <w:p>
      <w:pPr>
        <w:keepNext/>
      </w:pPr>
      <w:r>
        <w:rPr>
          <w:b/>
        </w:rPr>
        <w:t>日期：</w:t>
      </w:r>
    </w:p>
    <w:p>
      <w:pPr>
        <w:keepNext/>
      </w:pPr>
      <w:r>
        <w:rPr>
          <w:b/>
        </w:rPr>
        <w:t>达人姓名或账号：</w:t>
      </w:r>
    </w:p>
    <w:p>
      <w:pPr>
        <w:pStyle w:val="Heading1"/>
      </w:pPr>
      <w:r>
        <w:t>1. 活动概述</w:t>
      </w:r>
    </w:p>
    <w:p>
      <w:pPr>
        <w:keepNext/>
      </w:pPr>
      <w:r>
        <w:rPr>
          <w:b/>
        </w:rPr>
        <w:t>用 2–3 句话说明：</w:t>
      </w:r>
    </w:p>
    <w:p>
      <w:pPr>
        <w:ind w:left="216"/>
      </w:pPr>
      <w:r>
        <w:t>- 这是什么活动？</w:t>
      </w:r>
    </w:p>
    <w:p>
      <w:pPr>
        <w:ind w:left="216"/>
      </w:pPr>
      <w:r>
        <w:t>- 希望达人制作什么内容？</w:t>
      </w:r>
    </w:p>
    <w:p>
      <w:pPr>
        <w:ind w:left="216"/>
      </w:pPr>
      <w:r>
        <w:t>- 为什么这次合作适合达人的受众？</w:t>
      </w:r>
    </w:p>
    <w:p>
      <w:pPr>
        <w:keepNext/>
      </w:pPr>
      <w:r>
        <w:rPr>
          <w:b/>
        </w:rPr>
        <w:t>概述：</w:t>
      </w:r>
    </w:p>
    <w:p>
      <w:r>
        <w:t>[在此填写]</w:t>
      </w:r>
    </w:p>
    <w:p>
      <w:pPr>
        <w:pStyle w:val="Heading1"/>
      </w:pPr>
      <w:r>
        <w:t>2. 活动目标</w:t>
      </w:r>
    </w:p>
    <w:p>
      <w:pPr>
        <w:keepNext/>
      </w:pPr>
      <w:r>
        <w:rPr>
          <w:b/>
        </w:rPr>
        <w:t>主要目标：</w:t>
      </w:r>
    </w:p>
    <w:p>
      <w:r>
        <w:t>[选择一个明确目标：品牌认知、用户教育、新品发布、购买考虑、销售、注册、内容生产或其他目标。]</w:t>
      </w:r>
    </w:p>
    <w:p>
      <w:pPr>
        <w:keepNext/>
      </w:pPr>
      <w:r>
        <w:rPr>
          <w:b/>
        </w:rPr>
        <w:t>评估方式：</w:t>
      </w:r>
    </w:p>
    <w:p>
      <w:r>
        <w:t>[只列出与目标直接相关的指标，例如按时完成的交付内容、播放量、观看时长、收藏、有价值的评论、链接点击、优惠码使用或可复用素材。]</w:t>
      </w:r>
    </w:p>
    <w:p>
      <w:pPr>
        <w:pStyle w:val="Heading1"/>
      </w:pPr>
      <w:r>
        <w:t>3. 目标受众</w:t>
      </w:r>
    </w:p>
    <w:p>
      <w:r>
        <w:t>希望内容触达谁？</w:t>
      </w:r>
    </w:p>
    <w:p>
      <w:pPr>
        <w:keepNext/>
        <w:ind w:left="216"/>
      </w:pPr>
      <w:r>
        <w:rPr>
          <w:b/>
        </w:rPr>
        <w:t>- 市场或地区：</w:t>
      </w:r>
    </w:p>
    <w:p>
      <w:pPr>
        <w:keepNext/>
        <w:ind w:left="216"/>
      </w:pPr>
      <w:r>
        <w:rPr>
          <w:b/>
        </w:rPr>
        <w:t>- 年龄范围（如相关）：</w:t>
      </w:r>
    </w:p>
    <w:p>
      <w:pPr>
        <w:keepNext/>
        <w:ind w:left="216"/>
      </w:pPr>
      <w:r>
        <w:rPr>
          <w:b/>
        </w:rPr>
        <w:t>- 兴趣或需求：</w:t>
      </w:r>
    </w:p>
    <w:p>
      <w:pPr>
        <w:keepNext/>
        <w:ind w:left="216"/>
      </w:pPr>
      <w:r>
        <w:rPr>
          <w:b/>
        </w:rPr>
        <w:t>- 当前问题：</w:t>
      </w:r>
    </w:p>
    <w:p>
      <w:pPr>
        <w:keepNext/>
        <w:ind w:left="216"/>
      </w:pPr>
      <w:r>
        <w:rPr>
          <w:b/>
        </w:rPr>
        <w:t>- 看完内容后，受众应该理解什么或采取什么行动：</w:t>
      </w:r>
    </w:p>
    <w:p>
      <w:pPr>
        <w:pStyle w:val="Heading1"/>
      </w:pPr>
      <w:r>
        <w:t>4. 为什么选择这位达人</w:t>
      </w:r>
    </w:p>
    <w:p>
      <w:r>
        <w:t>为什么这位达人适合本次合作？</w:t>
      </w:r>
    </w:p>
    <w:p>
      <w:pPr>
        <w:keepNext/>
        <w:ind w:left="216"/>
      </w:pPr>
      <w:r>
        <w:rPr>
          <w:b/>
        </w:rPr>
        <w:t>- 相关内容主题：</w:t>
      </w:r>
    </w:p>
    <w:p>
      <w:pPr>
        <w:keepNext/>
        <w:ind w:left="216"/>
      </w:pPr>
      <w:r>
        <w:rPr>
          <w:b/>
        </w:rPr>
        <w:t>- 受众匹配度：</w:t>
      </w:r>
    </w:p>
    <w:p>
      <w:pPr>
        <w:keepNext/>
        <w:ind w:left="216"/>
      </w:pPr>
      <w:r>
        <w:rPr>
          <w:b/>
        </w:rPr>
        <w:t>- 需要保留的表达风格或观点：</w:t>
      </w:r>
    </w:p>
    <w:p>
      <w:pPr>
        <w:keepNext/>
        <w:ind w:left="216"/>
      </w:pPr>
      <w:r>
        <w:rPr>
          <w:b/>
        </w:rPr>
        <w:t>- 启发本次合作的过往内容：</w:t>
      </w:r>
    </w:p>
    <w:p>
      <w:pPr>
        <w:pStyle w:val="Heading1"/>
      </w:pPr>
      <w:r>
        <w:t>5. 交付内容</w:t>
      </w:r>
    </w:p>
    <w:p>
      <w:r>
        <w:t>逐项列出必须交付的内容。</w:t>
      </w:r>
    </w:p>
    <w:p>
      <w:pPr>
        <w:keepNext/>
      </w:pPr>
      <w:r>
        <w:rPr>
          <w:b/>
        </w:rPr>
        <w:t>交付内容 1：</w:t>
      </w:r>
    </w:p>
    <w:p>
      <w:pPr>
        <w:keepNext/>
        <w:ind w:left="216"/>
      </w:pPr>
      <w:r>
        <w:rPr>
          <w:b/>
        </w:rPr>
        <w:t>- 平台：</w:t>
      </w:r>
    </w:p>
    <w:p>
      <w:pPr>
        <w:keepNext/>
        <w:ind w:left="216"/>
      </w:pPr>
      <w:r>
        <w:rPr>
          <w:b/>
        </w:rPr>
        <w:t>- 格式：</w:t>
      </w:r>
    </w:p>
    <w:p>
      <w:pPr>
        <w:keepNext/>
        <w:ind w:left="216"/>
      </w:pPr>
      <w:r>
        <w:rPr>
          <w:b/>
        </w:rPr>
        <w:t>- 数量：</w:t>
      </w:r>
    </w:p>
    <w:p>
      <w:pPr>
        <w:keepNext/>
        <w:ind w:left="216"/>
      </w:pPr>
      <w:r>
        <w:rPr>
          <w:b/>
        </w:rPr>
        <w:t>- 时长或尺寸：</w:t>
      </w:r>
    </w:p>
    <w:p>
      <w:pPr>
        <w:keepNext/>
        <w:ind w:left="216"/>
      </w:pPr>
      <w:r>
        <w:rPr>
          <w:b/>
        </w:rPr>
        <w:t>- 发布位置：</w:t>
      </w:r>
    </w:p>
    <w:p>
      <w:pPr>
        <w:keepNext/>
        <w:ind w:left="216"/>
      </w:pPr>
      <w:r>
        <w:rPr>
          <w:b/>
        </w:rPr>
        <w:t>- 必须使用的标签、链接或优惠码：</w:t>
      </w:r>
    </w:p>
    <w:p>
      <w:pPr>
        <w:ind w:left="216"/>
      </w:pPr>
      <w:r>
        <w:t>- 是否需要原始素材：是 / 否</w:t>
      </w:r>
    </w:p>
    <w:p>
      <w:pPr>
        <w:keepNext/>
      </w:pPr>
      <w:r>
        <w:rPr>
          <w:b/>
        </w:rPr>
        <w:t>交付内容 2：</w:t>
      </w:r>
    </w:p>
    <w:p>
      <w:pPr>
        <w:keepNext/>
        <w:ind w:left="216"/>
      </w:pPr>
      <w:r>
        <w:rPr>
          <w:b/>
        </w:rPr>
        <w:t>- 平台：</w:t>
      </w:r>
    </w:p>
    <w:p>
      <w:pPr>
        <w:keepNext/>
        <w:ind w:left="216"/>
      </w:pPr>
      <w:r>
        <w:rPr>
          <w:b/>
        </w:rPr>
        <w:t>- 格式：</w:t>
      </w:r>
    </w:p>
    <w:p>
      <w:pPr>
        <w:keepNext/>
        <w:ind w:left="216"/>
      </w:pPr>
      <w:r>
        <w:rPr>
          <w:b/>
        </w:rPr>
        <w:t>- 数量：</w:t>
      </w:r>
    </w:p>
    <w:p>
      <w:pPr>
        <w:keepNext/>
        <w:ind w:left="216"/>
      </w:pPr>
      <w:r>
        <w:rPr>
          <w:b/>
        </w:rPr>
        <w:t>- 时长或尺寸：</w:t>
      </w:r>
    </w:p>
    <w:p>
      <w:pPr>
        <w:keepNext/>
        <w:ind w:left="216"/>
      </w:pPr>
      <w:r>
        <w:rPr>
          <w:b/>
        </w:rPr>
        <w:t>- 发布位置：</w:t>
      </w:r>
    </w:p>
    <w:p>
      <w:pPr>
        <w:keepNext/>
        <w:ind w:left="216"/>
      </w:pPr>
      <w:r>
        <w:rPr>
          <w:b/>
        </w:rPr>
        <w:t>- 必须使用的标签、链接或优惠码：</w:t>
      </w:r>
    </w:p>
    <w:p>
      <w:pPr>
        <w:ind w:left="216"/>
      </w:pPr>
      <w:r>
        <w:t>- 是否需要原始素材：是 / 否</w:t>
      </w:r>
    </w:p>
    <w:p>
      <w:pPr>
        <w:pStyle w:val="Heading1"/>
      </w:pPr>
      <w:r>
        <w:t>6. 核心信息</w:t>
      </w:r>
    </w:p>
    <w:p>
      <w:pPr>
        <w:keepNext/>
      </w:pPr>
      <w:r>
        <w:rPr>
          <w:b/>
        </w:rPr>
        <w:t>希望受众记住的一件事：</w:t>
      </w:r>
    </w:p>
    <w:p>
      <w:r>
        <w:t>[用一句话填写]</w:t>
      </w:r>
    </w:p>
    <w:p>
      <w:pPr>
        <w:keepNext/>
      </w:pPr>
      <w:r>
        <w:rPr>
          <w:b/>
        </w:rPr>
        <w:t>辅助信息：</w:t>
      </w:r>
    </w:p>
    <w:p>
      <w:pPr>
        <w:ind w:left="216"/>
      </w:pPr>
      <w:r>
        <w:t>- [信息 1]</w:t>
      </w:r>
    </w:p>
    <w:p>
      <w:pPr>
        <w:ind w:left="216"/>
      </w:pPr>
      <w:r>
        <w:t>- [信息 2]</w:t>
      </w:r>
    </w:p>
    <w:p>
      <w:pPr>
        <w:ind w:left="216"/>
      </w:pPr>
      <w:r>
        <w:t>- [信息 3]</w:t>
      </w:r>
    </w:p>
    <w:p>
      <w:pPr>
        <w:keepNext/>
      </w:pPr>
      <w:r>
        <w:rPr>
          <w:b/>
        </w:rPr>
        <w:t>产品事实或已批准的表述：</w:t>
      </w:r>
    </w:p>
    <w:p>
      <w:pPr>
        <w:ind w:left="216"/>
      </w:pPr>
      <w:r>
        <w:t>- [已批准的事实或表述]</w:t>
      </w:r>
    </w:p>
    <w:p>
      <w:pPr>
        <w:ind w:left="216"/>
      </w:pPr>
      <w:r>
        <w:t>- [已批准的事实或表述]</w:t>
      </w:r>
    </w:p>
    <w:p>
      <w:pPr>
        <w:keepNext/>
      </w:pPr>
      <w:r>
        <w:rPr>
          <w:b/>
        </w:rPr>
        <w:t>每项产品事实的来源：</w:t>
      </w:r>
    </w:p>
    <w:p>
      <w:r>
        <w:t>[链接到已批准的产品资料、研究或声明库。]</w:t>
      </w:r>
    </w:p>
    <w:p>
      <w:pPr>
        <w:pStyle w:val="Heading1"/>
      </w:pPr>
      <w:r>
        <w:t>7. 创作方向</w:t>
      </w:r>
    </w:p>
    <w:p>
      <w:pPr>
        <w:keepNext/>
      </w:pPr>
      <w:r>
        <w:rPr>
          <w:b/>
        </w:rPr>
        <w:t>期望语气：</w:t>
      </w:r>
    </w:p>
    <w:p>
      <w:r>
        <w:t>[例如：实用、温暖、直接、有趣、平静]</w:t>
      </w:r>
    </w:p>
    <w:p>
      <w:pPr>
        <w:keepNext/>
      </w:pPr>
      <w:r>
        <w:rPr>
          <w:b/>
        </w:rPr>
        <w:t>建议内容结构：</w:t>
      </w:r>
    </w:p>
    <w:p>
      <w:r>
        <w:t>1.</w:t>
      </w:r>
    </w:p>
    <w:p>
      <w:r>
        <w:t>2.</w:t>
      </w:r>
    </w:p>
    <w:p>
      <w:r>
        <w:t>3.</w:t>
      </w:r>
    </w:p>
    <w:p>
      <w:pPr>
        <w:keepNext/>
      </w:pPr>
      <w:r>
        <w:rPr>
          <w:b/>
        </w:rPr>
        <w:t>可参考的画面：</w:t>
      </w:r>
    </w:p>
    <w:p>
      <w:r>
        <w:t>-</w:t>
      </w:r>
    </w:p>
    <w:p>
      <w:r>
        <w:t>-</w:t>
      </w:r>
    </w:p>
    <w:p>
      <w:r>
        <w:t>-</w:t>
      </w:r>
    </w:p>
    <w:p>
      <w:pPr>
        <w:keepNext/>
      </w:pPr>
      <w:r>
        <w:rPr>
          <w:b/>
        </w:rPr>
        <w:t>参考链接：</w:t>
      </w:r>
    </w:p>
    <w:p>
      <w:r>
        <w:t>[提供方向参考，不要求照搬。]</w:t>
      </w:r>
    </w:p>
    <w:p>
      <w:pPr>
        <w:pStyle w:val="Heading1"/>
      </w:pPr>
      <w:r>
        <w:t>8. 必须保留、可以调整、需要避免</w:t>
      </w:r>
    </w:p>
    <w:p>
      <w:r>
        <w:t>必须保留最终内容必须包含以下项目。</w:t>
      </w:r>
    </w:p>
    <w:p>
      <w:r>
        <w:t>-</w:t>
      </w:r>
    </w:p>
    <w:p>
      <w:r>
        <w:t>-</w:t>
      </w:r>
    </w:p>
    <w:p>
      <w:r>
        <w:t>-</w:t>
      </w:r>
    </w:p>
    <w:p>
      <w:r>
        <w:t>可以调整达人可以根据自己的风格和受众调整以下项目。</w:t>
      </w:r>
    </w:p>
    <w:p>
      <w:r>
        <w:t>-</w:t>
      </w:r>
    </w:p>
    <w:p>
      <w:r>
        <w:t>-</w:t>
      </w:r>
    </w:p>
    <w:p>
      <w:r>
        <w:t>-</w:t>
      </w:r>
    </w:p>
    <w:p>
      <w:r>
        <w:t>需要避免请勿加入以下表述、画面、行为或话题。</w:t>
      </w:r>
    </w:p>
    <w:p>
      <w:r>
        <w:t>-</w:t>
      </w:r>
    </w:p>
    <w:p>
      <w:r>
        <w:t>-</w:t>
      </w:r>
    </w:p>
    <w:p>
      <w:r>
        <w:t>-</w:t>
      </w:r>
    </w:p>
    <w:p>
      <w:pPr>
        <w:pStyle w:val="Heading1"/>
      </w:pPr>
      <w:r>
        <w:t>9. 广告披露与产品声明</w:t>
      </w:r>
    </w:p>
    <w:p>
      <w:pPr>
        <w:keepNext/>
      </w:pPr>
      <w:r>
        <w:rPr>
          <w:b/>
        </w:rPr>
        <w:t>利益关系：</w:t>
      </w:r>
    </w:p>
    <w:p>
      <w:r>
        <w:t>[付费合作 / 免费产品 / 折扣 / 联盟佣金 / 其他]</w:t>
      </w:r>
    </w:p>
    <w:p>
      <w:pPr>
        <w:keepNext/>
      </w:pPr>
      <w:r>
        <w:rPr>
          <w:b/>
        </w:rPr>
        <w:t>披露要求：</w:t>
      </w:r>
    </w:p>
    <w:p>
      <w:r>
        <w:t>[使用清楚、准确的文字说明双方关系。]</w:t>
      </w:r>
    </w:p>
    <w:p>
      <w:pPr>
        <w:keepNext/>
      </w:pPr>
      <w:r>
        <w:rPr>
          <w:b/>
        </w:rPr>
        <w:t>披露位置：</w:t>
      </w:r>
    </w:p>
    <w:p>
      <w:r>
        <w:t>[说明披露应放在哪里，确保受众容易看到。]</w:t>
      </w:r>
    </w:p>
    <w:p>
      <w:pPr>
        <w:keepNext/>
      </w:pPr>
      <w:r>
        <w:rPr>
          <w:b/>
        </w:rPr>
        <w:t>平台披露工具：</w:t>
      </w:r>
    </w:p>
    <w:p>
      <w:r>
        <w:t>[说明是否还需使用平台的付费合作标签。]</w:t>
      </w:r>
    </w:p>
    <w:p>
      <w:pPr>
        <w:keepNext/>
      </w:pPr>
      <w:r>
        <w:rPr>
          <w:b/>
        </w:rPr>
        <w:t>需要谨慎使用或提前批准的声明：</w:t>
      </w:r>
    </w:p>
    <w:p>
      <w:r>
        <w:t>-</w:t>
      </w:r>
    </w:p>
    <w:p>
      <w:r>
        <w:t>-</w:t>
      </w:r>
    </w:p>
    <w:p>
      <w:pPr>
        <w:keepNext/>
      </w:pPr>
      <w:r>
        <w:rPr>
          <w:b/>
        </w:rPr>
        <w:t>不得使用的声明：</w:t>
      </w:r>
    </w:p>
    <w:p>
      <w:r>
        <w:t>-</w:t>
      </w:r>
    </w:p>
    <w:p>
      <w:r>
        <w:t>-</w:t>
      </w:r>
    </w:p>
    <w:p>
      <w:pPr>
        <w:keepNext/>
      </w:pPr>
      <w:r>
        <w:rPr>
          <w:b/>
        </w:rPr>
        <w:t>重要提示：</w:t>
      </w:r>
    </w:p>
    <w:p>
      <w:r>
        <w:t>达人只能描述自己真实体验过的产品。不要要求达人使用品牌无法支持的声明。</w:t>
      </w:r>
    </w:p>
    <w:p>
      <w:pPr>
        <w:pStyle w:val="Heading1"/>
      </w:pPr>
      <w:r>
        <w:t>10. 时间表</w:t>
      </w:r>
    </w:p>
    <w:p>
      <w:pPr>
        <w:keepNext/>
      </w:pPr>
      <w:r>
        <w:rPr>
          <w:b/>
        </w:rPr>
        <w:t>产品或素材送达：</w:t>
      </w:r>
    </w:p>
    <w:p>
      <w:pPr>
        <w:keepNext/>
      </w:pPr>
      <w:r>
        <w:rPr>
          <w:b/>
        </w:rPr>
        <w:t>创意方案提交：</w:t>
      </w:r>
    </w:p>
    <w:p>
      <w:pPr>
        <w:keepNext/>
      </w:pPr>
      <w:r>
        <w:rPr>
          <w:b/>
        </w:rPr>
        <w:t>品牌反馈：</w:t>
      </w:r>
    </w:p>
    <w:p>
      <w:pPr>
        <w:keepNext/>
      </w:pPr>
      <w:r>
        <w:rPr>
          <w:b/>
        </w:rPr>
        <w:t>初稿提交：</w:t>
      </w:r>
    </w:p>
    <w:p>
      <w:pPr>
        <w:keepNext/>
      </w:pPr>
      <w:r>
        <w:rPr>
          <w:b/>
        </w:rPr>
        <w:t>最终批准：</w:t>
      </w:r>
    </w:p>
    <w:p>
      <w:pPr>
        <w:keepNext/>
      </w:pPr>
      <w:r>
        <w:rPr>
          <w:b/>
        </w:rPr>
        <w:t>发布日期或发布区间：</w:t>
      </w:r>
    </w:p>
    <w:p>
      <w:pPr>
        <w:keepNext/>
      </w:pPr>
      <w:r>
        <w:rPr>
          <w:b/>
        </w:rPr>
        <w:t>原始素材提交：</w:t>
      </w:r>
    </w:p>
    <w:p>
      <w:pPr>
        <w:keepNext/>
      </w:pPr>
      <w:r>
        <w:rPr>
          <w:b/>
        </w:rPr>
        <w:t>数据回报：</w:t>
      </w:r>
    </w:p>
    <w:p>
      <w:pPr>
        <w:keepNext/>
      </w:pPr>
      <w:r>
        <w:rPr>
          <w:b/>
        </w:rPr>
        <w:t>时区：</w:t>
      </w:r>
    </w:p>
    <w:p>
      <w:r>
        <w:t>[填写时区]</w:t>
      </w:r>
    </w:p>
    <w:p>
      <w:pPr>
        <w:pStyle w:val="Heading1"/>
      </w:pPr>
      <w:r>
        <w:t>11. 审核流程</w:t>
      </w:r>
    </w:p>
    <w:p>
      <w:pPr>
        <w:keepNext/>
      </w:pPr>
      <w:r>
        <w:rPr>
          <w:b/>
        </w:rPr>
        <w:t>品牌会审核什么：</w:t>
      </w:r>
    </w:p>
    <w:p>
      <w:r>
        <w:t>[例如：产品事实、广告披露、必须包含的项目、法律或安全问题]</w:t>
      </w:r>
    </w:p>
    <w:p>
      <w:pPr>
        <w:keepNext/>
      </w:pPr>
      <w:r>
        <w:rPr>
          <w:b/>
        </w:rPr>
        <w:t>品牌不会改写什么：</w:t>
      </w:r>
    </w:p>
    <w:p>
      <w:r>
        <w:t>[例如：达人的日常语气、个人故事或自然表达]</w:t>
      </w:r>
    </w:p>
    <w:p>
      <w:pPr>
        <w:keepNext/>
      </w:pPr>
      <w:r>
        <w:rPr>
          <w:b/>
        </w:rPr>
        <w:t>包含的修改轮次：</w:t>
      </w:r>
    </w:p>
    <w:p>
      <w:r>
        <w:t>[填写轮次]</w:t>
      </w:r>
    </w:p>
    <w:p>
      <w:pPr>
        <w:keepNext/>
      </w:pPr>
      <w:r>
        <w:rPr>
          <w:b/>
        </w:rPr>
        <w:t>最终批准人：</w:t>
      </w:r>
    </w:p>
    <w:p>
      <w:r>
        <w:t>[姓名或岗位]</w:t>
      </w:r>
    </w:p>
    <w:p>
      <w:pPr>
        <w:pStyle w:val="Heading1"/>
      </w:pPr>
      <w:r>
        <w:t>12. 报酬与执行安排摘要</w:t>
      </w:r>
    </w:p>
    <w:p>
      <w:pPr>
        <w:keepNext/>
      </w:pPr>
      <w:r>
        <w:rPr>
          <w:b/>
        </w:rPr>
        <w:t>报酬：</w:t>
      </w:r>
    </w:p>
    <w:p>
      <w:r>
        <w:t>[填写固定费用、佣金或其他报酬。]</w:t>
      </w:r>
    </w:p>
    <w:p>
      <w:pPr>
        <w:keepNext/>
      </w:pPr>
      <w:r>
        <w:rPr>
          <w:b/>
        </w:rPr>
        <w:t>产品：</w:t>
      </w:r>
    </w:p>
    <w:p>
      <w:r>
        <w:t>[填写产品、数量、寄送信息或退回要求。]</w:t>
      </w:r>
    </w:p>
    <w:p>
      <w:pPr>
        <w:keepNext/>
      </w:pPr>
      <w:r>
        <w:rPr>
          <w:b/>
        </w:rPr>
        <w:t>费用：</w:t>
      </w:r>
    </w:p>
    <w:p>
      <w:r>
        <w:t>[说明哪些费用可报销，以及如何提前审批。]</w:t>
      </w:r>
    </w:p>
    <w:p>
      <w:pPr>
        <w:keepNext/>
      </w:pPr>
      <w:r>
        <w:rPr>
          <w:b/>
        </w:rPr>
        <w:t>付款时间：</w:t>
      </w:r>
    </w:p>
    <w:p>
      <w:r>
        <w:t>[填写时间。]</w:t>
      </w:r>
    </w:p>
    <w:p>
      <w:pPr>
        <w:keepNext/>
      </w:pPr>
      <w:r>
        <w:rPr>
          <w:b/>
        </w:rPr>
        <w:t>说明：</w:t>
      </w:r>
    </w:p>
    <w:p>
      <w:r>
        <w:t>付款、取消、所有权、排他性等具有约束力的条款应写入正式协议。本简报应与正式协议保持一致。</w:t>
      </w:r>
    </w:p>
    <w:p>
      <w:pPr>
        <w:pStyle w:val="Heading1"/>
      </w:pPr>
      <w:r>
        <w:t>13. 内容使用权</w:t>
      </w:r>
    </w:p>
    <w:p>
      <w:pPr>
        <w:keepNext/>
      </w:pPr>
      <w:r>
        <w:rPr>
          <w:b/>
        </w:rPr>
        <w:t>达人发布期限：</w:t>
      </w:r>
    </w:p>
    <w:p>
      <w:r>
        <w:t>[如已约定，说明内容需要保留多久。]</w:t>
      </w:r>
    </w:p>
    <w:p>
      <w:pPr>
        <w:keepNext/>
      </w:pPr>
      <w:r>
        <w:rPr>
          <w:b/>
        </w:rPr>
        <w:t>品牌自然流量渠道使用：</w:t>
      </w:r>
    </w:p>
    <w:p>
      <w:r>
        <w:t>[填写渠道和期限。]</w:t>
      </w:r>
    </w:p>
    <w:p>
      <w:pPr>
        <w:keepNext/>
      </w:pPr>
      <w:r>
        <w:rPr>
          <w:b/>
        </w:rPr>
        <w:t>付费投放使用：</w:t>
      </w:r>
    </w:p>
    <w:p>
      <w:r>
        <w:t>[已包含 / 未包含 / 需要另签协议]</w:t>
      </w:r>
    </w:p>
    <w:p>
      <w:pPr>
        <w:keepNext/>
      </w:pPr>
      <w:r>
        <w:rPr>
          <w:b/>
        </w:rPr>
        <w:t>编辑权限：</w:t>
      </w:r>
    </w:p>
    <w:p>
      <w:r>
        <w:t>[说明允许进行哪些编辑。]</w:t>
      </w:r>
    </w:p>
    <w:p>
      <w:pPr>
        <w:keepNext/>
      </w:pPr>
      <w:r>
        <w:rPr>
          <w:b/>
        </w:rPr>
        <w:t>排他性：</w:t>
      </w:r>
    </w:p>
    <w:p>
      <w:r>
        <w:t>[包含 / 不包含。如包含，请在协议中明确品类和期限。]</w:t>
      </w:r>
    </w:p>
    <w:p>
      <w:pPr>
        <w:pStyle w:val="Heading1"/>
      </w:pPr>
      <w:r>
        <w:t>14. 追踪与数据回报</w:t>
      </w:r>
    </w:p>
    <w:p>
      <w:pPr>
        <w:keepNext/>
      </w:pPr>
      <w:r>
        <w:rPr>
          <w:b/>
        </w:rPr>
        <w:t>追踪链接：</w:t>
      </w:r>
    </w:p>
    <w:p>
      <w:pPr>
        <w:keepNext/>
      </w:pPr>
      <w:r>
        <w:rPr>
          <w:b/>
        </w:rPr>
        <w:t>促销码或联盟码：</w:t>
      </w:r>
    </w:p>
    <w:p>
      <w:pPr>
        <w:keepNext/>
      </w:pPr>
      <w:r>
        <w:rPr>
          <w:b/>
        </w:rPr>
        <w:t>活动话题标签：</w:t>
      </w:r>
    </w:p>
    <w:p>
      <w:pPr>
        <w:keepNext/>
      </w:pPr>
      <w:r>
        <w:rPr>
          <w:b/>
        </w:rPr>
        <w:t>需要提供的平台数据截图：</w:t>
      </w:r>
    </w:p>
    <w:p>
      <w:pPr>
        <w:keepNext/>
      </w:pPr>
      <w:r>
        <w:rPr>
          <w:b/>
        </w:rPr>
        <w:t>需要分享的指标：</w:t>
      </w:r>
    </w:p>
    <w:p>
      <w:pPr>
        <w:keepNext/>
      </w:pPr>
      <w:r>
        <w:rPr>
          <w:b/>
        </w:rPr>
        <w:t>数据回报截止时间：</w:t>
      </w:r>
    </w:p>
    <w:p>
      <w:pPr>
        <w:pStyle w:val="Heading1"/>
      </w:pPr>
      <w:r>
        <w:t>15. 问题与联系人</w:t>
      </w:r>
    </w:p>
    <w:p>
      <w:pPr>
        <w:keepNext/>
      </w:pPr>
      <w:r>
        <w:rPr>
          <w:b/>
        </w:rPr>
        <w:t>达人如有问题，请联系：</w:t>
      </w:r>
    </w:p>
    <w:p>
      <w:pPr>
        <w:keepNext/>
      </w:pPr>
      <w:r>
        <w:rPr>
          <w:b/>
        </w:rPr>
        <w:t>姓名：</w:t>
      </w:r>
    </w:p>
    <w:p>
      <w:pPr>
        <w:keepNext/>
      </w:pPr>
      <w:r>
        <w:rPr>
          <w:b/>
        </w:rPr>
        <w:t>邮箱：</w:t>
      </w:r>
    </w:p>
    <w:p>
      <w:pPr>
        <w:keepNext/>
      </w:pPr>
      <w:r>
        <w:rPr>
          <w:b/>
        </w:rPr>
        <w:t>首选联系方式：</w:t>
      </w:r>
    </w:p>
    <w:p>
      <w:pPr>
        <w:keepNext/>
      </w:pPr>
      <w:r>
        <w:rPr>
          <w:b/>
        </w:rPr>
        <w:t>补充说明：</w:t>
      </w:r>
    </w:p>
    <w:p>
      <w:r>
        <w:t>[填写其他必要信息。]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Tomako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 w:eastAsia="Songti SC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="Arial" w:hAnsi="Arial" w:eastAsia="Songti SC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="Arial" w:hAnsi="Arial" w:eastAsia="Songti S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eastAsia="Songti SC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红人营销简报模板</dc:title>
  <dc:subject/>
  <dc:creator>Tomako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